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6108C" w:rsidRPr="009C7BCE" w:rsidRDefault="00A47866" w:rsidP="00C6108C">
      <w:pPr>
        <w:tabs>
          <w:tab w:val="left" w:pos="7201"/>
        </w:tabs>
        <w:suppressAutoHyphens/>
        <w:jc w:val="center"/>
        <w:rPr>
          <w:b/>
          <w:bCs/>
          <w:color w:val="000000" w:themeColor="text1"/>
          <w:sz w:val="28"/>
          <w:szCs w:val="28"/>
          <w:lang w:val="uk-UA" w:eastAsia="ar-SA"/>
        </w:rPr>
      </w:pPr>
      <w:r w:rsidRPr="009C7BCE">
        <w:rPr>
          <w:color w:val="000000" w:themeColor="text1"/>
          <w:lang w:val="uk-UA" w:eastAsia="ar-SA"/>
        </w:rPr>
        <w:object w:dxaOrig="905" w:dyaOrig="115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33.75pt;height:48pt" o:ole="" filled="t">
            <v:fill color2="black"/>
            <v:imagedata r:id="rId8" o:title=""/>
          </v:shape>
          <o:OLEObject Type="Embed" ProgID="Word.Picture.8" ShapeID="_x0000_i1029" DrawAspect="Content" ObjectID="_1854688507" r:id="rId9"/>
        </w:object>
      </w:r>
    </w:p>
    <w:p w:rsidR="00C6108C" w:rsidRPr="009C7BCE" w:rsidRDefault="00C6108C" w:rsidP="009D48EC">
      <w:pPr>
        <w:pStyle w:val="21"/>
        <w:spacing w:line="360" w:lineRule="auto"/>
        <w:ind w:left="0"/>
        <w:jc w:val="center"/>
        <w:rPr>
          <w:b/>
          <w:bCs/>
          <w:color w:val="000000" w:themeColor="text1"/>
          <w:sz w:val="28"/>
          <w:szCs w:val="28"/>
          <w:lang w:eastAsia="ru-RU"/>
        </w:rPr>
      </w:pPr>
      <w:r w:rsidRPr="009C7BCE">
        <w:rPr>
          <w:b/>
          <w:bCs/>
          <w:color w:val="000000" w:themeColor="text1"/>
          <w:sz w:val="28"/>
          <w:szCs w:val="28"/>
        </w:rPr>
        <w:t>БОРИСЛАВСЬКА МІСЬКА РАДА ЛЬВІВСЬКОЇ ОБЛАСТІ</w:t>
      </w:r>
    </w:p>
    <w:p w:rsidR="00C6108C" w:rsidRPr="009C7BCE" w:rsidRDefault="00C6108C" w:rsidP="00C6108C">
      <w:pPr>
        <w:suppressAutoHyphens/>
        <w:spacing w:line="360" w:lineRule="auto"/>
        <w:jc w:val="center"/>
        <w:rPr>
          <w:b/>
          <w:color w:val="000000" w:themeColor="text1"/>
          <w:sz w:val="28"/>
          <w:szCs w:val="28"/>
          <w:lang w:val="uk-UA" w:eastAsia="ar-SA"/>
        </w:rPr>
      </w:pPr>
      <w:r w:rsidRPr="009C7BCE">
        <w:rPr>
          <w:b/>
          <w:color w:val="000000" w:themeColor="text1"/>
          <w:sz w:val="28"/>
          <w:szCs w:val="28"/>
          <w:lang w:val="uk-UA" w:eastAsia="ar-SA"/>
        </w:rPr>
        <w:t>ВИКОНАВЧИЙ КОМІТЕТ</w:t>
      </w:r>
    </w:p>
    <w:p w:rsidR="00C6108C" w:rsidRPr="009C7BCE" w:rsidRDefault="00C6108C" w:rsidP="00C6108C">
      <w:pPr>
        <w:pStyle w:val="af"/>
        <w:spacing w:line="480" w:lineRule="auto"/>
        <w:rPr>
          <w:color w:val="000000" w:themeColor="text1"/>
          <w:spacing w:val="140"/>
          <w:sz w:val="28"/>
          <w:szCs w:val="28"/>
        </w:rPr>
      </w:pPr>
      <w:r w:rsidRPr="009C7BCE">
        <w:rPr>
          <w:color w:val="000000" w:themeColor="text1"/>
          <w:spacing w:val="140"/>
          <w:sz w:val="28"/>
          <w:szCs w:val="28"/>
        </w:rPr>
        <w:t>РІШЕННЯ</w:t>
      </w:r>
    </w:p>
    <w:p w:rsidR="00C6108C" w:rsidRPr="009C7BCE" w:rsidRDefault="00C6108C" w:rsidP="00C6108C">
      <w:pPr>
        <w:pStyle w:val="af"/>
        <w:spacing w:line="360" w:lineRule="auto"/>
        <w:rPr>
          <w:color w:val="000000" w:themeColor="text1"/>
          <w:spacing w:val="140"/>
          <w:sz w:val="6"/>
        </w:rPr>
      </w:pPr>
    </w:p>
    <w:tbl>
      <w:tblPr>
        <w:tblW w:w="0" w:type="auto"/>
        <w:jc w:val="center"/>
        <w:tblLook w:val="01E0" w:firstRow="1" w:lastRow="1" w:firstColumn="1" w:lastColumn="1" w:noHBand="0" w:noVBand="0"/>
      </w:tblPr>
      <w:tblGrid>
        <w:gridCol w:w="3047"/>
        <w:gridCol w:w="2863"/>
        <w:gridCol w:w="3662"/>
      </w:tblGrid>
      <w:tr w:rsidR="00C6108C" w:rsidRPr="000E1A9A" w:rsidTr="006073A8">
        <w:trPr>
          <w:jc w:val="center"/>
        </w:trPr>
        <w:tc>
          <w:tcPr>
            <w:tcW w:w="3059" w:type="dxa"/>
            <w:hideMark/>
          </w:tcPr>
          <w:p w:rsidR="00C6108C" w:rsidRPr="009C7BCE" w:rsidRDefault="00A32617" w:rsidP="008E5D13">
            <w:pPr>
              <w:pStyle w:val="af"/>
              <w:tabs>
                <w:tab w:val="left" w:pos="4680"/>
                <w:tab w:val="left" w:pos="6804"/>
              </w:tabs>
              <w:jc w:val="both"/>
              <w:rPr>
                <w:b w:val="0"/>
                <w:color w:val="000000" w:themeColor="text1"/>
                <w:sz w:val="26"/>
                <w:szCs w:val="26"/>
                <w:highlight w:val="yellow"/>
                <w:u w:val="single"/>
              </w:rPr>
            </w:pPr>
            <w:r>
              <w:rPr>
                <w:b w:val="0"/>
                <w:color w:val="000000" w:themeColor="text1"/>
                <w:sz w:val="26"/>
                <w:szCs w:val="26"/>
                <w:u w:val="single"/>
              </w:rPr>
              <w:t>22</w:t>
            </w:r>
            <w:r w:rsidR="007F2BB5">
              <w:rPr>
                <w:b w:val="0"/>
                <w:color w:val="000000" w:themeColor="text1"/>
                <w:sz w:val="26"/>
                <w:szCs w:val="26"/>
                <w:u w:val="single"/>
              </w:rPr>
              <w:t xml:space="preserve"> жовт</w:t>
            </w:r>
            <w:r w:rsidR="00544F25">
              <w:rPr>
                <w:b w:val="0"/>
                <w:color w:val="000000" w:themeColor="text1"/>
                <w:sz w:val="26"/>
                <w:szCs w:val="26"/>
                <w:u w:val="single"/>
              </w:rPr>
              <w:t>ня</w:t>
            </w:r>
            <w:r w:rsidR="006706BC" w:rsidRPr="009C7BCE">
              <w:rPr>
                <w:b w:val="0"/>
                <w:color w:val="000000" w:themeColor="text1"/>
                <w:sz w:val="26"/>
                <w:szCs w:val="26"/>
                <w:u w:val="single"/>
              </w:rPr>
              <w:t xml:space="preserve"> </w:t>
            </w:r>
            <w:r w:rsidR="00C6108C" w:rsidRPr="009C7BCE">
              <w:rPr>
                <w:b w:val="0"/>
                <w:color w:val="000000" w:themeColor="text1"/>
                <w:sz w:val="26"/>
                <w:szCs w:val="26"/>
                <w:u w:val="single"/>
              </w:rPr>
              <w:t>202</w:t>
            </w:r>
            <w:r w:rsidR="00B50B21">
              <w:rPr>
                <w:b w:val="0"/>
                <w:color w:val="000000" w:themeColor="text1"/>
                <w:sz w:val="26"/>
                <w:szCs w:val="26"/>
                <w:u w:val="single"/>
              </w:rPr>
              <w:t>6</w:t>
            </w:r>
            <w:r w:rsidR="00C6108C" w:rsidRPr="009C7BCE">
              <w:rPr>
                <w:b w:val="0"/>
                <w:color w:val="000000" w:themeColor="text1"/>
                <w:sz w:val="26"/>
                <w:szCs w:val="26"/>
                <w:u w:val="single"/>
              </w:rPr>
              <w:t xml:space="preserve"> року</w:t>
            </w:r>
          </w:p>
        </w:tc>
        <w:tc>
          <w:tcPr>
            <w:tcW w:w="2873" w:type="dxa"/>
            <w:hideMark/>
          </w:tcPr>
          <w:p w:rsidR="00C6108C" w:rsidRPr="009C7BCE" w:rsidRDefault="00C6108C" w:rsidP="007A3615">
            <w:pPr>
              <w:pStyle w:val="af"/>
              <w:tabs>
                <w:tab w:val="left" w:pos="4680"/>
                <w:tab w:val="left" w:pos="6804"/>
              </w:tabs>
              <w:rPr>
                <w:b w:val="0"/>
                <w:color w:val="000000" w:themeColor="text1"/>
                <w:sz w:val="26"/>
                <w:szCs w:val="26"/>
              </w:rPr>
            </w:pPr>
            <w:r w:rsidRPr="009C7BCE">
              <w:rPr>
                <w:b w:val="0"/>
                <w:color w:val="000000" w:themeColor="text1"/>
                <w:sz w:val="26"/>
                <w:szCs w:val="26"/>
              </w:rPr>
              <w:t>м. Борислав</w:t>
            </w:r>
          </w:p>
        </w:tc>
        <w:tc>
          <w:tcPr>
            <w:tcW w:w="3683" w:type="dxa"/>
            <w:hideMark/>
          </w:tcPr>
          <w:p w:rsidR="00C6108C" w:rsidRPr="000E1A9A" w:rsidRDefault="00C6108C" w:rsidP="00127BE3">
            <w:pPr>
              <w:pStyle w:val="af"/>
              <w:tabs>
                <w:tab w:val="left" w:pos="4680"/>
                <w:tab w:val="left" w:pos="6804"/>
              </w:tabs>
              <w:ind w:left="-6244" w:right="153"/>
              <w:jc w:val="right"/>
              <w:rPr>
                <w:b w:val="0"/>
                <w:sz w:val="26"/>
                <w:szCs w:val="26"/>
                <w:highlight w:val="yellow"/>
                <w:u w:val="single"/>
                <w:lang w:val="en-US"/>
              </w:rPr>
            </w:pPr>
            <w:r w:rsidRPr="000E1A9A">
              <w:rPr>
                <w:b w:val="0"/>
                <w:sz w:val="26"/>
                <w:szCs w:val="26"/>
                <w:u w:val="single"/>
              </w:rPr>
              <w:t>№</w:t>
            </w:r>
            <w:r w:rsidR="001E2154" w:rsidRPr="000E1A9A">
              <w:rPr>
                <w:b w:val="0"/>
                <w:sz w:val="26"/>
                <w:szCs w:val="26"/>
                <w:u w:val="single"/>
              </w:rPr>
              <w:t xml:space="preserve"> </w:t>
            </w:r>
            <w:r w:rsidR="00DC62D3">
              <w:rPr>
                <w:b w:val="0"/>
                <w:sz w:val="26"/>
                <w:szCs w:val="26"/>
                <w:u w:val="single"/>
              </w:rPr>
              <w:t>201</w:t>
            </w:r>
          </w:p>
        </w:tc>
      </w:tr>
      <w:tr w:rsidR="007B1D9A" w:rsidRPr="009C7BCE" w:rsidTr="006073A8">
        <w:trPr>
          <w:gridAfter w:val="2"/>
          <w:wAfter w:w="6556" w:type="dxa"/>
          <w:trHeight w:val="80"/>
          <w:jc w:val="center"/>
        </w:trPr>
        <w:tc>
          <w:tcPr>
            <w:tcW w:w="3059" w:type="dxa"/>
          </w:tcPr>
          <w:p w:rsidR="007B1D9A" w:rsidRPr="009C7BCE" w:rsidRDefault="007B1D9A" w:rsidP="007A3615">
            <w:pPr>
              <w:pStyle w:val="af"/>
              <w:tabs>
                <w:tab w:val="left" w:pos="4680"/>
                <w:tab w:val="left" w:pos="6804"/>
              </w:tabs>
              <w:jc w:val="both"/>
              <w:rPr>
                <w:b w:val="0"/>
                <w:color w:val="000000" w:themeColor="text1"/>
                <w:sz w:val="10"/>
                <w:szCs w:val="26"/>
              </w:rPr>
            </w:pPr>
          </w:p>
        </w:tc>
      </w:tr>
    </w:tbl>
    <w:p w:rsidR="00975B15" w:rsidRPr="00F335A3" w:rsidRDefault="00975B15" w:rsidP="006C5F38">
      <w:pPr>
        <w:widowControl w:val="0"/>
        <w:ind w:right="4"/>
        <w:jc w:val="both"/>
        <w:rPr>
          <w:color w:val="000000"/>
          <w:sz w:val="14"/>
          <w:szCs w:val="26"/>
        </w:rPr>
      </w:pPr>
    </w:p>
    <w:p w:rsidR="00DC62D3" w:rsidRPr="00D17F55" w:rsidRDefault="00DC62D3" w:rsidP="00D17F55">
      <w:pPr>
        <w:tabs>
          <w:tab w:val="left" w:pos="9072"/>
        </w:tabs>
        <w:ind w:right="4961"/>
        <w:jc w:val="both"/>
        <w:rPr>
          <w:sz w:val="25"/>
          <w:szCs w:val="25"/>
        </w:rPr>
      </w:pPr>
      <w:r w:rsidRPr="00D17F55">
        <w:rPr>
          <w:sz w:val="25"/>
          <w:szCs w:val="25"/>
        </w:rPr>
        <w:t xml:space="preserve">Про </w:t>
      </w:r>
      <w:r w:rsidRPr="00D17F55">
        <w:rPr>
          <w:sz w:val="25"/>
          <w:szCs w:val="25"/>
          <w:lang w:val="uk-UA"/>
        </w:rPr>
        <w:t>схвалення проєкту</w:t>
      </w:r>
      <w:r w:rsidRPr="00D17F55">
        <w:rPr>
          <w:sz w:val="25"/>
          <w:szCs w:val="25"/>
        </w:rPr>
        <w:t xml:space="preserve"> внесення змін до Програми</w:t>
      </w:r>
      <w:r w:rsidRPr="00D17F55">
        <w:rPr>
          <w:spacing w:val="-7"/>
          <w:sz w:val="25"/>
          <w:szCs w:val="25"/>
        </w:rPr>
        <w:t xml:space="preserve"> </w:t>
      </w:r>
      <w:r w:rsidRPr="00D17F55">
        <w:rPr>
          <w:sz w:val="25"/>
          <w:szCs w:val="25"/>
        </w:rPr>
        <w:t>інформатизації</w:t>
      </w:r>
      <w:r w:rsidRPr="00D17F55">
        <w:rPr>
          <w:spacing w:val="-7"/>
          <w:sz w:val="25"/>
          <w:szCs w:val="25"/>
        </w:rPr>
        <w:t xml:space="preserve"> </w:t>
      </w:r>
      <w:r w:rsidRPr="00D17F55">
        <w:rPr>
          <w:sz w:val="25"/>
          <w:szCs w:val="25"/>
          <w:lang w:val="uk-UA"/>
        </w:rPr>
        <w:t>„</w:t>
      </w:r>
      <w:r w:rsidRPr="00D17F55">
        <w:rPr>
          <w:sz w:val="25"/>
          <w:szCs w:val="25"/>
        </w:rPr>
        <w:t>Цифрова</w:t>
      </w:r>
      <w:r w:rsidRPr="00D17F55">
        <w:rPr>
          <w:spacing w:val="-7"/>
          <w:sz w:val="25"/>
          <w:szCs w:val="25"/>
        </w:rPr>
        <w:t xml:space="preserve"> </w:t>
      </w:r>
      <w:r w:rsidRPr="00D17F55">
        <w:rPr>
          <w:sz w:val="25"/>
          <w:szCs w:val="25"/>
        </w:rPr>
        <w:t>Бориславська</w:t>
      </w:r>
      <w:r w:rsidRPr="00D17F55">
        <w:rPr>
          <w:spacing w:val="-7"/>
          <w:sz w:val="25"/>
          <w:szCs w:val="25"/>
        </w:rPr>
        <w:t xml:space="preserve"> </w:t>
      </w:r>
      <w:r w:rsidRPr="00D17F55">
        <w:rPr>
          <w:sz w:val="25"/>
          <w:szCs w:val="25"/>
        </w:rPr>
        <w:t>територіальна громада</w:t>
      </w:r>
      <w:r w:rsidRPr="00D17F55">
        <w:rPr>
          <w:sz w:val="25"/>
          <w:szCs w:val="25"/>
          <w:lang w:val="uk-UA"/>
        </w:rPr>
        <w:t>”</w:t>
      </w:r>
      <w:r w:rsidRPr="00D17F55">
        <w:rPr>
          <w:sz w:val="25"/>
          <w:szCs w:val="25"/>
        </w:rPr>
        <w:t xml:space="preserve"> на 2025 – 2027 роки</w:t>
      </w:r>
    </w:p>
    <w:p w:rsidR="00DC62D3" w:rsidRPr="00D17F55" w:rsidRDefault="00DC62D3" w:rsidP="00D17F55">
      <w:pPr>
        <w:tabs>
          <w:tab w:val="left" w:pos="9072"/>
        </w:tabs>
        <w:jc w:val="both"/>
        <w:rPr>
          <w:sz w:val="22"/>
          <w:szCs w:val="25"/>
        </w:rPr>
      </w:pPr>
      <w:bookmarkStart w:id="0" w:name="_Hlk241050111"/>
    </w:p>
    <w:p w:rsidR="00DC62D3" w:rsidRPr="00D17F55" w:rsidRDefault="00DC62D3" w:rsidP="00D17F55">
      <w:pPr>
        <w:pStyle w:val="afffb"/>
        <w:tabs>
          <w:tab w:val="left" w:pos="9072"/>
        </w:tabs>
        <w:ind w:firstLine="709"/>
        <w:jc w:val="both"/>
        <w:rPr>
          <w:rFonts w:hAnsi="Times New Roman"/>
          <w:color w:val="000000"/>
          <w:sz w:val="25"/>
          <w:szCs w:val="25"/>
          <w:shd w:val="clear" w:color="auto" w:fill="FFFFFF"/>
        </w:rPr>
      </w:pPr>
      <w:r w:rsidRPr="00D17F55">
        <w:rPr>
          <w:rFonts w:hAnsi="Times New Roman"/>
          <w:kern w:val="0"/>
          <w:sz w:val="25"/>
          <w:szCs w:val="25"/>
          <w:lang w:val="ru-RU" w:eastAsia="ar-SA"/>
        </w:rPr>
        <w:t xml:space="preserve">Відповідно до статті 40, пункту 1 частини 2 статті 52 Закону України „Про місцеве самоврядування в Україні”, статей 11,12 Закону України „Про Національну програму інформатизації”, постанови Кабінету Міністрів України від 2 лютого 2024 року № 119 „Деякі питання Національної програми інформатизації”, частини 3 статті 71 Бюджетного кодексу України, </w:t>
      </w:r>
      <w:r w:rsidRPr="00D17F55">
        <w:rPr>
          <w:rFonts w:hAnsi="Times New Roman"/>
          <w:color w:val="000000"/>
          <w:kern w:val="0"/>
          <w:sz w:val="25"/>
          <w:szCs w:val="25"/>
          <w:shd w:val="clear" w:color="auto" w:fill="FFFFFF"/>
          <w:lang w:val="ru-RU" w:eastAsia="ar-SA"/>
        </w:rPr>
        <w:t>постанови Кабінету Міністрів України від 11 березня 2022 року № 252 „Деякі питання формування та виконання місцевих бюджетів у період воєнного стану”</w:t>
      </w:r>
      <w:r w:rsidRPr="00D17F55">
        <w:rPr>
          <w:rFonts w:hAnsi="Times New Roman"/>
          <w:color w:val="000000"/>
          <w:sz w:val="25"/>
          <w:szCs w:val="25"/>
          <w:shd w:val="clear" w:color="auto" w:fill="FFFFFF"/>
        </w:rPr>
        <w:t>, беручи до уваги лист управління з питань цифрового розвитку ЛОДА від 09.09.2026 року № 37-180/0/2-26 та доповідну в.о. начальника відділу економіки та інвестиційної діяльності Ірини Курик від 17 вересня 2026 року, виконавчий комітет міської ради</w:t>
      </w:r>
    </w:p>
    <w:bookmarkEnd w:id="0"/>
    <w:p w:rsidR="00DC62D3" w:rsidRPr="00D17F55" w:rsidRDefault="00DC62D3" w:rsidP="00D17F55">
      <w:pPr>
        <w:tabs>
          <w:tab w:val="left" w:pos="9072"/>
        </w:tabs>
        <w:jc w:val="both"/>
        <w:rPr>
          <w:b/>
          <w:color w:val="000000" w:themeColor="text1"/>
          <w:sz w:val="18"/>
          <w:szCs w:val="25"/>
        </w:rPr>
      </w:pPr>
    </w:p>
    <w:p w:rsidR="00DC62D3" w:rsidRPr="00D17F55" w:rsidRDefault="00DC62D3" w:rsidP="00D17F55">
      <w:pPr>
        <w:pStyle w:val="afd"/>
        <w:tabs>
          <w:tab w:val="left" w:pos="9072"/>
        </w:tabs>
        <w:spacing w:before="0" w:beforeAutospacing="0" w:after="0" w:afterAutospacing="0"/>
        <w:jc w:val="both"/>
        <w:rPr>
          <w:sz w:val="25"/>
          <w:szCs w:val="25"/>
        </w:rPr>
      </w:pPr>
      <w:r w:rsidRPr="00D17F55">
        <w:rPr>
          <w:b/>
          <w:color w:val="000000" w:themeColor="text1"/>
          <w:sz w:val="25"/>
          <w:szCs w:val="25"/>
        </w:rPr>
        <w:t>ВИРІШИВ:</w:t>
      </w:r>
    </w:p>
    <w:p w:rsidR="00DC62D3" w:rsidRPr="00D17F55" w:rsidRDefault="00DC62D3" w:rsidP="00D17F55">
      <w:pPr>
        <w:tabs>
          <w:tab w:val="left" w:pos="9072"/>
        </w:tabs>
        <w:ind w:firstLine="720"/>
        <w:jc w:val="both"/>
        <w:rPr>
          <w:sz w:val="16"/>
          <w:szCs w:val="25"/>
          <w:lang w:val="uk-UA"/>
        </w:rPr>
      </w:pPr>
    </w:p>
    <w:p w:rsidR="00DC62D3" w:rsidRPr="00D17F55" w:rsidRDefault="00DC62D3" w:rsidP="00D17F55">
      <w:pPr>
        <w:tabs>
          <w:tab w:val="left" w:pos="9072"/>
        </w:tabs>
        <w:ind w:firstLine="708"/>
        <w:jc w:val="both"/>
        <w:rPr>
          <w:sz w:val="25"/>
          <w:szCs w:val="25"/>
          <w:lang w:val="uk-UA"/>
        </w:rPr>
      </w:pPr>
      <w:r w:rsidRPr="00D17F55">
        <w:rPr>
          <w:sz w:val="25"/>
          <w:szCs w:val="25"/>
          <w:lang w:val="uk-UA"/>
        </w:rPr>
        <w:t>1. Схвалити проєкт внесення змін до Програми</w:t>
      </w:r>
      <w:r w:rsidRPr="00D17F55">
        <w:rPr>
          <w:spacing w:val="-7"/>
          <w:sz w:val="25"/>
          <w:szCs w:val="25"/>
          <w:lang w:val="uk-UA"/>
        </w:rPr>
        <w:t xml:space="preserve"> </w:t>
      </w:r>
      <w:r w:rsidRPr="00D17F55">
        <w:rPr>
          <w:sz w:val="25"/>
          <w:szCs w:val="25"/>
          <w:lang w:val="uk-UA"/>
        </w:rPr>
        <w:t>інформатизації</w:t>
      </w:r>
      <w:r w:rsidRPr="00D17F55">
        <w:rPr>
          <w:spacing w:val="-7"/>
          <w:sz w:val="25"/>
          <w:szCs w:val="25"/>
          <w:lang w:val="uk-UA"/>
        </w:rPr>
        <w:t xml:space="preserve"> </w:t>
      </w:r>
      <w:r w:rsidRPr="00D17F55">
        <w:rPr>
          <w:sz w:val="25"/>
          <w:szCs w:val="25"/>
          <w:lang w:val="uk-UA"/>
        </w:rPr>
        <w:t>„Цифрова</w:t>
      </w:r>
      <w:r w:rsidRPr="00D17F55">
        <w:rPr>
          <w:spacing w:val="-7"/>
          <w:sz w:val="25"/>
          <w:szCs w:val="25"/>
          <w:lang w:val="uk-UA"/>
        </w:rPr>
        <w:t xml:space="preserve"> </w:t>
      </w:r>
      <w:r w:rsidRPr="00D17F55">
        <w:rPr>
          <w:sz w:val="25"/>
          <w:szCs w:val="25"/>
          <w:lang w:val="uk-UA"/>
        </w:rPr>
        <w:t>Бориславська</w:t>
      </w:r>
      <w:r w:rsidRPr="00D17F55">
        <w:rPr>
          <w:spacing w:val="-7"/>
          <w:sz w:val="25"/>
          <w:szCs w:val="25"/>
          <w:lang w:val="uk-UA"/>
        </w:rPr>
        <w:t xml:space="preserve"> </w:t>
      </w:r>
      <w:r w:rsidRPr="00D17F55">
        <w:rPr>
          <w:sz w:val="25"/>
          <w:szCs w:val="25"/>
          <w:lang w:val="uk-UA"/>
        </w:rPr>
        <w:t>територіальна громада” на 2025 – 2027 роки, затвердженої рішенням Бориславської міської ради від 27 березня 2025 року № 2401 „Про затвердження Програми інформатизації „Цифрова Бориславська територіальна громада</w:t>
      </w:r>
      <w:r w:rsidRPr="00D17F55">
        <w:rPr>
          <w:sz w:val="25"/>
          <w:szCs w:val="25"/>
          <w:lang w:val="en-US"/>
        </w:rPr>
        <w:t>”</w:t>
      </w:r>
      <w:r w:rsidRPr="00D17F55">
        <w:rPr>
          <w:sz w:val="25"/>
          <w:szCs w:val="25"/>
          <w:lang w:val="uk-UA"/>
        </w:rPr>
        <w:t xml:space="preserve"> на 2025 – 2027 роки, а саме:</w:t>
      </w:r>
    </w:p>
    <w:p w:rsidR="00DC62D3" w:rsidRPr="00D17F55" w:rsidRDefault="00DC62D3" w:rsidP="00D17F55">
      <w:pPr>
        <w:tabs>
          <w:tab w:val="left" w:pos="9072"/>
        </w:tabs>
        <w:ind w:firstLine="708"/>
        <w:jc w:val="both"/>
        <w:rPr>
          <w:sz w:val="25"/>
          <w:szCs w:val="25"/>
          <w:lang w:val="uk-UA"/>
        </w:rPr>
      </w:pPr>
      <w:r w:rsidRPr="00D17F55">
        <w:rPr>
          <w:sz w:val="25"/>
          <w:szCs w:val="25"/>
          <w:lang w:val="uk-UA"/>
        </w:rPr>
        <w:t xml:space="preserve">розділ </w:t>
      </w:r>
      <w:r w:rsidRPr="00D17F55">
        <w:rPr>
          <w:sz w:val="25"/>
          <w:szCs w:val="25"/>
          <w:lang w:val="en-US"/>
        </w:rPr>
        <w:t>V</w:t>
      </w:r>
      <w:r w:rsidRPr="00D17F55">
        <w:rPr>
          <w:sz w:val="25"/>
          <w:szCs w:val="25"/>
          <w:lang w:val="uk-UA"/>
        </w:rPr>
        <w:t xml:space="preserve">ІІІ. Паспорт програми інформатизації </w:t>
      </w:r>
      <w:r w:rsidRPr="00D17F55">
        <w:rPr>
          <w:sz w:val="25"/>
          <w:szCs w:val="25"/>
          <w:lang w:val="en-US"/>
        </w:rPr>
        <w:t>„</w:t>
      </w:r>
      <w:r w:rsidRPr="00D17F55">
        <w:rPr>
          <w:sz w:val="25"/>
          <w:szCs w:val="25"/>
          <w:lang w:val="uk-UA"/>
        </w:rPr>
        <w:t>Цифрова Бориславська територіальна громада</w:t>
      </w:r>
      <w:r w:rsidRPr="00D17F55">
        <w:rPr>
          <w:sz w:val="25"/>
          <w:szCs w:val="25"/>
          <w:lang w:val="en-US"/>
        </w:rPr>
        <w:t>”</w:t>
      </w:r>
      <w:r w:rsidRPr="00D17F55">
        <w:rPr>
          <w:sz w:val="25"/>
          <w:szCs w:val="25"/>
          <w:lang w:val="uk-UA"/>
        </w:rPr>
        <w:t xml:space="preserve"> на 2025 – 2027 роки, викласти у редакції згідно з додатком 1 до цього рішення;</w:t>
      </w:r>
    </w:p>
    <w:p w:rsidR="00DC62D3" w:rsidRPr="00D17F55" w:rsidRDefault="00DC62D3" w:rsidP="00D17F55">
      <w:pPr>
        <w:tabs>
          <w:tab w:val="left" w:pos="9072"/>
        </w:tabs>
        <w:ind w:firstLine="708"/>
        <w:jc w:val="both"/>
        <w:rPr>
          <w:sz w:val="25"/>
          <w:szCs w:val="25"/>
          <w:lang w:val="uk-UA"/>
        </w:rPr>
      </w:pPr>
      <w:r w:rsidRPr="00D17F55">
        <w:rPr>
          <w:sz w:val="25"/>
          <w:szCs w:val="25"/>
          <w:lang w:val="uk-UA"/>
        </w:rPr>
        <w:t xml:space="preserve">додаток 1 до Програми викласти у редакції згідно з додатком 2 до цього рішення. </w:t>
      </w:r>
    </w:p>
    <w:p w:rsidR="00DC62D3" w:rsidRPr="00D17F55" w:rsidRDefault="00DC62D3" w:rsidP="00D17F55">
      <w:pPr>
        <w:tabs>
          <w:tab w:val="left" w:pos="9072"/>
        </w:tabs>
        <w:ind w:firstLine="708"/>
        <w:jc w:val="both"/>
        <w:rPr>
          <w:szCs w:val="25"/>
          <w:lang w:val="uk-UA"/>
        </w:rPr>
      </w:pPr>
      <w:r w:rsidRPr="00D17F55">
        <w:rPr>
          <w:szCs w:val="25"/>
          <w:lang w:val="uk-UA"/>
        </w:rPr>
        <w:tab/>
      </w:r>
    </w:p>
    <w:p w:rsidR="00DC62D3" w:rsidRPr="00D17F55" w:rsidRDefault="00DC62D3" w:rsidP="00D17F55">
      <w:pPr>
        <w:tabs>
          <w:tab w:val="left" w:pos="9072"/>
        </w:tabs>
        <w:ind w:firstLine="708"/>
        <w:jc w:val="both"/>
        <w:rPr>
          <w:sz w:val="25"/>
          <w:szCs w:val="25"/>
        </w:rPr>
      </w:pPr>
      <w:r w:rsidRPr="00D17F55">
        <w:rPr>
          <w:sz w:val="25"/>
          <w:szCs w:val="25"/>
          <w:lang w:val="uk-UA"/>
        </w:rPr>
        <w:t>2. Н</w:t>
      </w:r>
      <w:r w:rsidRPr="00D17F55">
        <w:rPr>
          <w:sz w:val="25"/>
          <w:szCs w:val="25"/>
        </w:rPr>
        <w:t xml:space="preserve">ачальнику відділу економіки та </w:t>
      </w:r>
      <w:r w:rsidRPr="00D17F55">
        <w:rPr>
          <w:sz w:val="25"/>
          <w:szCs w:val="25"/>
          <w:lang w:val="uk-UA"/>
        </w:rPr>
        <w:t>інвестиційної діяльності</w:t>
      </w:r>
      <w:r w:rsidRPr="00D17F55">
        <w:rPr>
          <w:sz w:val="25"/>
          <w:szCs w:val="25"/>
        </w:rPr>
        <w:t xml:space="preserve"> міської ради Оксані Піряник подати на затвердження </w:t>
      </w:r>
      <w:r w:rsidRPr="00D17F55">
        <w:rPr>
          <w:sz w:val="25"/>
          <w:szCs w:val="25"/>
          <w:lang w:val="uk-UA"/>
        </w:rPr>
        <w:t>міської ради</w:t>
      </w:r>
      <w:r w:rsidRPr="00D17F55">
        <w:rPr>
          <w:sz w:val="25"/>
          <w:szCs w:val="25"/>
        </w:rPr>
        <w:t xml:space="preserve"> </w:t>
      </w:r>
      <w:r w:rsidRPr="00D17F55">
        <w:rPr>
          <w:sz w:val="25"/>
          <w:szCs w:val="25"/>
          <w:lang w:val="uk-UA"/>
        </w:rPr>
        <w:t xml:space="preserve">проєкт рішення про внесення змін </w:t>
      </w:r>
      <w:r w:rsidRPr="00D17F55">
        <w:rPr>
          <w:sz w:val="25"/>
          <w:szCs w:val="25"/>
        </w:rPr>
        <w:t>до Програми</w:t>
      </w:r>
      <w:r w:rsidRPr="00D17F55">
        <w:rPr>
          <w:spacing w:val="-7"/>
          <w:sz w:val="25"/>
          <w:szCs w:val="25"/>
        </w:rPr>
        <w:t xml:space="preserve"> </w:t>
      </w:r>
      <w:r w:rsidRPr="00D17F55">
        <w:rPr>
          <w:sz w:val="25"/>
          <w:szCs w:val="25"/>
        </w:rPr>
        <w:t>інформатизації</w:t>
      </w:r>
      <w:r w:rsidRPr="00D17F55">
        <w:rPr>
          <w:spacing w:val="-7"/>
          <w:sz w:val="25"/>
          <w:szCs w:val="25"/>
        </w:rPr>
        <w:t xml:space="preserve"> </w:t>
      </w:r>
      <w:r w:rsidRPr="00D17F55">
        <w:rPr>
          <w:sz w:val="25"/>
          <w:szCs w:val="25"/>
          <w:lang w:val="uk-UA"/>
        </w:rPr>
        <w:t>„</w:t>
      </w:r>
      <w:r w:rsidRPr="00D17F55">
        <w:rPr>
          <w:sz w:val="25"/>
          <w:szCs w:val="25"/>
        </w:rPr>
        <w:t>Цифрова</w:t>
      </w:r>
      <w:r w:rsidRPr="00D17F55">
        <w:rPr>
          <w:spacing w:val="-7"/>
          <w:sz w:val="25"/>
          <w:szCs w:val="25"/>
        </w:rPr>
        <w:t xml:space="preserve"> </w:t>
      </w:r>
      <w:r w:rsidRPr="00D17F55">
        <w:rPr>
          <w:sz w:val="25"/>
          <w:szCs w:val="25"/>
        </w:rPr>
        <w:t>Бориславська</w:t>
      </w:r>
      <w:r w:rsidRPr="00D17F55">
        <w:rPr>
          <w:spacing w:val="-7"/>
          <w:sz w:val="25"/>
          <w:szCs w:val="25"/>
        </w:rPr>
        <w:t xml:space="preserve"> </w:t>
      </w:r>
      <w:r w:rsidRPr="00D17F55">
        <w:rPr>
          <w:sz w:val="25"/>
          <w:szCs w:val="25"/>
        </w:rPr>
        <w:t>територіальна громада</w:t>
      </w:r>
      <w:r w:rsidRPr="00D17F55">
        <w:rPr>
          <w:sz w:val="25"/>
          <w:szCs w:val="25"/>
          <w:lang w:val="uk-UA"/>
        </w:rPr>
        <w:t>”</w:t>
      </w:r>
      <w:r w:rsidRPr="00D17F55">
        <w:rPr>
          <w:sz w:val="25"/>
          <w:szCs w:val="25"/>
        </w:rPr>
        <w:t xml:space="preserve"> на 2025 – 2027 роки.</w:t>
      </w:r>
    </w:p>
    <w:p w:rsidR="00DC62D3" w:rsidRPr="00D17F55" w:rsidRDefault="00DC62D3" w:rsidP="00D17F55">
      <w:pPr>
        <w:tabs>
          <w:tab w:val="left" w:pos="9072"/>
        </w:tabs>
        <w:ind w:firstLine="708"/>
        <w:jc w:val="both"/>
        <w:rPr>
          <w:sz w:val="18"/>
          <w:szCs w:val="25"/>
          <w:lang w:val="uk-UA"/>
        </w:rPr>
      </w:pPr>
    </w:p>
    <w:p w:rsidR="00DC62D3" w:rsidRPr="00D17F55" w:rsidRDefault="00DC62D3" w:rsidP="00D17F55">
      <w:pPr>
        <w:pStyle w:val="afd"/>
        <w:tabs>
          <w:tab w:val="left" w:pos="9072"/>
        </w:tabs>
        <w:spacing w:before="0" w:beforeAutospacing="0" w:after="0" w:afterAutospacing="0"/>
        <w:ind w:firstLine="708"/>
        <w:jc w:val="both"/>
        <w:rPr>
          <w:sz w:val="25"/>
          <w:szCs w:val="25"/>
        </w:rPr>
      </w:pPr>
      <w:r w:rsidRPr="00D17F55">
        <w:rPr>
          <w:sz w:val="25"/>
          <w:szCs w:val="25"/>
          <w:lang w:eastAsia="en-US"/>
        </w:rPr>
        <w:t>3.</w:t>
      </w:r>
      <w:r w:rsidRPr="00D17F55">
        <w:rPr>
          <w:sz w:val="25"/>
          <w:szCs w:val="25"/>
          <w:lang w:val="en-US" w:eastAsia="en-US"/>
        </w:rPr>
        <w:t xml:space="preserve"> </w:t>
      </w:r>
      <w:r w:rsidRPr="00D17F55">
        <w:rPr>
          <w:sz w:val="25"/>
          <w:szCs w:val="25"/>
        </w:rPr>
        <w:t>Контроль за виконанням цього рішення покласти на заступника міського голови з питань діяльності виконавчих органів ради Віктора Ревкевича.</w:t>
      </w:r>
    </w:p>
    <w:p w:rsidR="00F335A3" w:rsidRPr="009607A8" w:rsidRDefault="00F335A3" w:rsidP="00DC62D3">
      <w:pPr>
        <w:pStyle w:val="af0"/>
        <w:tabs>
          <w:tab w:val="clear" w:pos="4153"/>
          <w:tab w:val="clear" w:pos="8306"/>
          <w:tab w:val="left" w:pos="8789"/>
          <w:tab w:val="left" w:pos="9072"/>
        </w:tabs>
        <w:ind w:left="567" w:hanging="567"/>
        <w:jc w:val="both"/>
        <w:rPr>
          <w:sz w:val="25"/>
          <w:szCs w:val="25"/>
          <w:lang w:val="uk-UA"/>
        </w:rPr>
      </w:pPr>
    </w:p>
    <w:p w:rsidR="0054418D" w:rsidRPr="009607A8" w:rsidRDefault="0054418D" w:rsidP="00DC62D3">
      <w:pPr>
        <w:pStyle w:val="aff5"/>
        <w:tabs>
          <w:tab w:val="left" w:pos="9072"/>
        </w:tabs>
        <w:spacing w:after="0"/>
        <w:ind w:left="0"/>
        <w:jc w:val="both"/>
        <w:rPr>
          <w:bCs/>
          <w:sz w:val="25"/>
          <w:szCs w:val="25"/>
          <w:lang w:val="uk-UA" w:eastAsia="uk-UA"/>
        </w:rPr>
      </w:pPr>
    </w:p>
    <w:p w:rsidR="00A32617" w:rsidRPr="009C7BCE" w:rsidRDefault="00A32617" w:rsidP="00DC62D3">
      <w:pPr>
        <w:pStyle w:val="aff5"/>
        <w:tabs>
          <w:tab w:val="left" w:pos="9072"/>
        </w:tabs>
        <w:spacing w:after="0"/>
        <w:ind w:left="0"/>
        <w:jc w:val="both"/>
        <w:rPr>
          <w:bCs/>
          <w:sz w:val="26"/>
          <w:szCs w:val="26"/>
          <w:lang w:val="uk-UA" w:eastAsia="uk-UA"/>
        </w:rPr>
      </w:pPr>
      <w:r>
        <w:rPr>
          <w:bCs/>
          <w:sz w:val="26"/>
          <w:szCs w:val="26"/>
          <w:lang w:val="uk-UA" w:eastAsia="uk-UA"/>
        </w:rPr>
        <w:t xml:space="preserve">Міський голова                    </w:t>
      </w:r>
      <w:r w:rsidRPr="009C7BCE">
        <w:rPr>
          <w:bCs/>
          <w:sz w:val="26"/>
          <w:szCs w:val="26"/>
          <w:lang w:val="uk-UA" w:eastAsia="uk-UA"/>
        </w:rPr>
        <w:t xml:space="preserve"> </w:t>
      </w:r>
      <w:r>
        <w:rPr>
          <w:bCs/>
          <w:sz w:val="26"/>
          <w:szCs w:val="26"/>
          <w:lang w:val="uk-UA" w:eastAsia="uk-UA"/>
        </w:rPr>
        <w:t xml:space="preserve">    </w:t>
      </w:r>
      <w:r w:rsidRPr="009C7BCE">
        <w:rPr>
          <w:bCs/>
          <w:sz w:val="26"/>
          <w:szCs w:val="26"/>
          <w:lang w:val="uk-UA" w:eastAsia="uk-UA"/>
        </w:rPr>
        <w:t xml:space="preserve"> </w:t>
      </w:r>
      <w:r>
        <w:rPr>
          <w:bCs/>
          <w:sz w:val="26"/>
          <w:szCs w:val="26"/>
          <w:lang w:val="uk-UA" w:eastAsia="uk-UA"/>
        </w:rPr>
        <w:t xml:space="preserve"> </w:t>
      </w:r>
      <w:r w:rsidRPr="009C7BCE">
        <w:rPr>
          <w:bCs/>
          <w:sz w:val="26"/>
          <w:szCs w:val="26"/>
          <w:lang w:val="uk-UA" w:eastAsia="uk-UA"/>
        </w:rPr>
        <w:t xml:space="preserve">   </w:t>
      </w:r>
      <w:r>
        <w:rPr>
          <w:bCs/>
          <w:sz w:val="26"/>
          <w:szCs w:val="26"/>
          <w:lang w:val="uk-UA" w:eastAsia="uk-UA"/>
        </w:rPr>
        <w:t xml:space="preserve"> </w:t>
      </w:r>
      <w:r w:rsidRPr="009C7BCE">
        <w:rPr>
          <w:bCs/>
          <w:sz w:val="26"/>
          <w:szCs w:val="26"/>
          <w:lang w:val="uk-UA" w:eastAsia="uk-UA"/>
        </w:rPr>
        <w:t xml:space="preserve">   </w:t>
      </w:r>
      <w:r w:rsidR="00621114">
        <w:rPr>
          <w:bCs/>
          <w:i/>
          <w:sz w:val="26"/>
          <w:szCs w:val="26"/>
          <w:lang w:val="en-US"/>
        </w:rPr>
        <w:t xml:space="preserve">            </w:t>
      </w:r>
      <w:bookmarkStart w:id="1" w:name="_GoBack"/>
      <w:bookmarkEnd w:id="1"/>
      <w:r w:rsidRPr="009C7BCE">
        <w:rPr>
          <w:bCs/>
          <w:sz w:val="26"/>
          <w:szCs w:val="26"/>
          <w:lang w:val="uk-UA"/>
        </w:rPr>
        <w:t xml:space="preserve"> </w:t>
      </w:r>
      <w:r w:rsidRPr="009C7BCE">
        <w:rPr>
          <w:bCs/>
          <w:sz w:val="26"/>
          <w:szCs w:val="26"/>
          <w:lang w:val="uk-UA" w:eastAsia="uk-UA"/>
        </w:rPr>
        <w:t xml:space="preserve">    </w:t>
      </w:r>
      <w:r>
        <w:rPr>
          <w:bCs/>
          <w:sz w:val="26"/>
          <w:szCs w:val="26"/>
          <w:lang w:val="uk-UA" w:eastAsia="uk-UA"/>
        </w:rPr>
        <w:t xml:space="preserve">     </w:t>
      </w:r>
      <w:r w:rsidRPr="009C7BCE">
        <w:rPr>
          <w:bCs/>
          <w:sz w:val="26"/>
          <w:szCs w:val="26"/>
          <w:lang w:val="uk-UA" w:eastAsia="uk-UA"/>
        </w:rPr>
        <w:t xml:space="preserve">              </w:t>
      </w:r>
      <w:r w:rsidRPr="00011CB6">
        <w:rPr>
          <w:bCs/>
          <w:sz w:val="26"/>
          <w:szCs w:val="26"/>
          <w:lang w:eastAsia="uk-UA"/>
        </w:rPr>
        <w:t xml:space="preserve"> </w:t>
      </w:r>
      <w:r w:rsidRPr="009C7BCE">
        <w:rPr>
          <w:bCs/>
          <w:sz w:val="26"/>
          <w:szCs w:val="26"/>
          <w:lang w:val="uk-UA" w:eastAsia="uk-UA"/>
        </w:rPr>
        <w:t xml:space="preserve">              </w:t>
      </w:r>
      <w:r>
        <w:rPr>
          <w:bCs/>
          <w:sz w:val="26"/>
          <w:szCs w:val="26"/>
          <w:lang w:val="uk-UA" w:eastAsia="uk-UA"/>
        </w:rPr>
        <w:t>Ігор ЯВОРСЬКИЙ</w:t>
      </w:r>
    </w:p>
    <w:p w:rsidR="00D17F55" w:rsidRDefault="00D17F55" w:rsidP="00615632">
      <w:pPr>
        <w:autoSpaceDE w:val="0"/>
        <w:autoSpaceDN w:val="0"/>
        <w:jc w:val="both"/>
        <w:rPr>
          <w:sz w:val="18"/>
          <w:szCs w:val="16"/>
          <w:u w:val="single"/>
          <w:lang w:val="uk-UA" w:eastAsia="zh-CN"/>
        </w:rPr>
      </w:pPr>
    </w:p>
    <w:sectPr w:rsidR="00D17F55" w:rsidSect="00615632">
      <w:pgSz w:w="11909" w:h="16834"/>
      <w:pgMar w:top="567" w:right="710" w:bottom="567" w:left="1843"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C62D3" w:rsidRDefault="00DC62D3" w:rsidP="0064628E">
      <w:pPr>
        <w:suppressAutoHyphens/>
        <w:rPr>
          <w:lang w:eastAsia="ar-SA"/>
        </w:rPr>
      </w:pPr>
      <w:r>
        <w:rPr>
          <w:lang w:eastAsia="ar-SA"/>
        </w:rPr>
        <w:separator/>
      </w:r>
    </w:p>
  </w:endnote>
  <w:endnote w:type="continuationSeparator" w:id="0">
    <w:p w:rsidR="00DC62D3" w:rsidRDefault="00DC62D3" w:rsidP="0064628E">
      <w:pPr>
        <w:suppressAutoHyphens/>
        <w:rPr>
          <w:lang w:eastAsia="ar-SA"/>
        </w:rPr>
      </w:pPr>
      <w:r>
        <w:rPr>
          <w:lang w:eastAsia="ar-SA"/>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angal">
    <w:panose1 w:val="00000400000000000000"/>
    <w:charset w:val="01"/>
    <w:family w:val="roman"/>
    <w:notTrueType/>
    <w:pitch w:val="variable"/>
    <w:sig w:usb0="00002003" w:usb1="00000000" w:usb2="00000000" w:usb3="00000000" w:csb0="00000005" w:csb1="00000000"/>
  </w:font>
  <w:font w:name="Verdana">
    <w:panose1 w:val="020B0604030504040204"/>
    <w:charset w:val="CC"/>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 w:name="Times New Roman CYR">
    <w:altName w:val="Times New Roman"/>
    <w:panose1 w:val="02020603050405020304"/>
    <w:charset w:val="CC"/>
    <w:family w:val="roman"/>
    <w:pitch w:val="variable"/>
    <w:sig w:usb0="E0002EFF" w:usb1="C000785B" w:usb2="00000009" w:usb3="00000000" w:csb0="000001FF" w:csb1="00000000"/>
  </w:font>
  <w:font w:name="Liberation Serif">
    <w:altName w:val="Times New Roman"/>
    <w:charset w:val="01"/>
    <w:family w:val="roman"/>
    <w:pitch w:val="variable"/>
    <w:sig w:usb0="00000203"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Antiqua">
    <w:altName w:val="Times New Roman"/>
    <w:panose1 w:val="00000000000000000000"/>
    <w:charset w:val="00"/>
    <w:family w:val="swiss"/>
    <w:notTrueType/>
    <w:pitch w:val="variable"/>
    <w:sig w:usb0="00000003" w:usb1="00000000" w:usb2="00000000" w:usb3="00000000" w:csb0="00000001" w:csb1="00000000"/>
  </w:font>
  <w:font w:name="Arial CYR">
    <w:panose1 w:val="020B0604020202020204"/>
    <w:charset w:val="CC"/>
    <w:family w:val="swiss"/>
    <w:pitch w:val="variable"/>
    <w:sig w:usb0="E0002EFF" w:usb1="C000785B" w:usb2="00000009" w:usb3="00000000" w:csb0="000001FF" w:csb1="00000000"/>
  </w:font>
  <w:font w:name="Pragmatica-Book">
    <w:altName w:val="Times New Roman"/>
    <w:panose1 w:val="00000000000000000000"/>
    <w:charset w:val="00"/>
    <w:family w:val="auto"/>
    <w:notTrueType/>
    <w:pitch w:val="default"/>
    <w:sig w:usb0="00000003" w:usb1="00000000" w:usb2="00000000" w:usb3="00000000" w:csb0="00000001" w:csb1="00000000"/>
  </w:font>
  <w:font w:name="Pragmatica-Bold">
    <w:altName w:val="Times New Roman"/>
    <w:panose1 w:val="00000000000000000000"/>
    <w:charset w:val="00"/>
    <w:family w:val="auto"/>
    <w:notTrueType/>
    <w:pitch w:val="default"/>
    <w:sig w:usb0="00000003" w:usb1="00000000" w:usb2="00000000" w:usb3="00000000" w:csb0="00000001" w:csb1="00000000"/>
  </w:font>
  <w:font w:name="HeliosCond">
    <w:altName w:val="Times New Roman"/>
    <w:panose1 w:val="00000000000000000000"/>
    <w:charset w:val="00"/>
    <w:family w:val="auto"/>
    <w:notTrueType/>
    <w:pitch w:val="default"/>
    <w:sig w:usb0="00000003" w:usb1="00000000" w:usb2="00000000" w:usb3="00000000" w:csb0="00000001" w:csb1="00000000"/>
  </w:font>
  <w:font w:name="Bookman Old Style">
    <w:panose1 w:val="02050604050505020204"/>
    <w:charset w:val="CC"/>
    <w:family w:val="roman"/>
    <w:pitch w:val="variable"/>
    <w:sig w:usb0="00000287" w:usb1="00000000" w:usb2="00000000" w:usb3="00000000" w:csb0="0000009F" w:csb1="00000000"/>
  </w:font>
  <w:font w:name="Andale Sans UI">
    <w:altName w:val="Calibri"/>
    <w:panose1 w:val="00000000000000000000"/>
    <w:charset w:val="CC"/>
    <w:family w:val="auto"/>
    <w:notTrueType/>
    <w:pitch w:val="variable"/>
    <w:sig w:usb0="00000203" w:usb1="00000000" w:usb2="00000000" w:usb3="00000000" w:csb0="00000005" w:csb1="00000000"/>
  </w:font>
  <w:font w:name="Courier">
    <w:panose1 w:val="02070309020205020404"/>
    <w:charset w:val="00"/>
    <w:family w:val="auto"/>
    <w:notTrueType/>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C62D3" w:rsidRDefault="00DC62D3" w:rsidP="0064628E">
      <w:pPr>
        <w:suppressAutoHyphens/>
        <w:rPr>
          <w:lang w:eastAsia="ar-SA"/>
        </w:rPr>
      </w:pPr>
      <w:r>
        <w:rPr>
          <w:lang w:eastAsia="ar-SA"/>
        </w:rPr>
        <w:separator/>
      </w:r>
    </w:p>
  </w:footnote>
  <w:footnote w:type="continuationSeparator" w:id="0">
    <w:p w:rsidR="00DC62D3" w:rsidRDefault="00DC62D3" w:rsidP="0064628E">
      <w:pPr>
        <w:suppressAutoHyphens/>
        <w:rPr>
          <w:lang w:eastAsia="ar-SA"/>
        </w:rPr>
      </w:pPr>
      <w:r>
        <w:rPr>
          <w:lang w:eastAsia="ar-SA"/>
        </w:rP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abstractNum w:abstractNumId="9" w15:restartNumberingAfterBreak="0">
    <w:nsid w:val="00000001"/>
    <w:multiLevelType w:val="multilevel"/>
    <w:tmpl w:val="FFFFFFFF"/>
    <w:lvl w:ilvl="0">
      <w:start w:val="1"/>
      <w:numFmt w:val="none"/>
      <w:suff w:val="nothing"/>
      <w:lvlText w:val=""/>
      <w:lvlJc w:val="left"/>
      <w:pPr>
        <w:tabs>
          <w:tab w:val="num" w:pos="0"/>
        </w:tabs>
        <w:ind w:left="432" w:hanging="432"/>
      </w:pPr>
      <w:rPr>
        <w:rFonts w:cs="Times New Roman"/>
      </w:rPr>
    </w:lvl>
    <w:lvl w:ilvl="1">
      <w:start w:val="1"/>
      <w:numFmt w:val="none"/>
      <w:pStyle w:val="21"/>
      <w:suff w:val="nothing"/>
      <w:lvlText w:val=""/>
      <w:lvlJc w:val="left"/>
      <w:pPr>
        <w:tabs>
          <w:tab w:val="num" w:pos="0"/>
        </w:tabs>
        <w:ind w:left="576" w:hanging="576"/>
      </w:pPr>
      <w:rPr>
        <w:rFonts w:cs="Times New Roman"/>
      </w:rPr>
    </w:lvl>
    <w:lvl w:ilvl="2">
      <w:start w:val="1"/>
      <w:numFmt w:val="none"/>
      <w:suff w:val="nothing"/>
      <w:lvlText w:val=""/>
      <w:lvlJc w:val="left"/>
      <w:pPr>
        <w:tabs>
          <w:tab w:val="num" w:pos="0"/>
        </w:tabs>
        <w:ind w:left="720" w:hanging="720"/>
      </w:pPr>
      <w:rPr>
        <w:rFonts w:cs="Times New Roman"/>
      </w:rPr>
    </w:lvl>
    <w:lvl w:ilvl="3">
      <w:start w:val="1"/>
      <w:numFmt w:val="none"/>
      <w:suff w:val="nothing"/>
      <w:lvlText w:val=""/>
      <w:lvlJc w:val="left"/>
      <w:pPr>
        <w:tabs>
          <w:tab w:val="num" w:pos="0"/>
        </w:tabs>
        <w:ind w:left="864" w:hanging="864"/>
      </w:pPr>
      <w:rPr>
        <w:rFonts w:cs="Times New Roman"/>
      </w:rPr>
    </w:lvl>
    <w:lvl w:ilvl="4">
      <w:start w:val="1"/>
      <w:numFmt w:val="none"/>
      <w:suff w:val="nothing"/>
      <w:lvlText w:val=""/>
      <w:lvlJc w:val="left"/>
      <w:pPr>
        <w:tabs>
          <w:tab w:val="num" w:pos="0"/>
        </w:tabs>
        <w:ind w:left="1008" w:hanging="1008"/>
      </w:pPr>
      <w:rPr>
        <w:rFonts w:cs="Times New Roman"/>
      </w:rPr>
    </w:lvl>
    <w:lvl w:ilvl="5">
      <w:start w:val="1"/>
      <w:numFmt w:val="none"/>
      <w:suff w:val="nothing"/>
      <w:lvlText w:val=""/>
      <w:lvlJc w:val="left"/>
      <w:pPr>
        <w:tabs>
          <w:tab w:val="num" w:pos="0"/>
        </w:tabs>
        <w:ind w:left="1152" w:hanging="1152"/>
      </w:pPr>
      <w:rPr>
        <w:rFonts w:cs="Times New Roman"/>
      </w:rPr>
    </w:lvl>
    <w:lvl w:ilvl="6">
      <w:start w:val="1"/>
      <w:numFmt w:val="none"/>
      <w:suff w:val="nothing"/>
      <w:lvlText w:val=""/>
      <w:lvlJc w:val="left"/>
      <w:pPr>
        <w:tabs>
          <w:tab w:val="num" w:pos="0"/>
        </w:tabs>
        <w:ind w:left="1296" w:hanging="1296"/>
      </w:pPr>
      <w:rPr>
        <w:rFonts w:cs="Times New Roman"/>
      </w:rPr>
    </w:lvl>
    <w:lvl w:ilvl="7">
      <w:start w:val="1"/>
      <w:numFmt w:val="none"/>
      <w:suff w:val="nothing"/>
      <w:lvlText w:val=""/>
      <w:lvlJc w:val="left"/>
      <w:pPr>
        <w:tabs>
          <w:tab w:val="num" w:pos="0"/>
        </w:tabs>
        <w:ind w:left="1440" w:hanging="1440"/>
      </w:pPr>
      <w:rPr>
        <w:rFonts w:cs="Times New Roman"/>
      </w:rPr>
    </w:lvl>
    <w:lvl w:ilvl="8">
      <w:start w:val="1"/>
      <w:numFmt w:val="none"/>
      <w:suff w:val="nothing"/>
      <w:lvlText w:val=""/>
      <w:lvlJc w:val="left"/>
      <w:pPr>
        <w:tabs>
          <w:tab w:val="num" w:pos="0"/>
        </w:tabs>
        <w:ind w:left="1584" w:hanging="1584"/>
      </w:pPr>
      <w:rPr>
        <w:rFonts w:cs="Times New Roman"/>
      </w:rPr>
    </w:lvl>
  </w:abstractNum>
  <w:abstractNum w:abstractNumId="10" w15:restartNumberingAfterBreak="0">
    <w:nsid w:val="00000003"/>
    <w:multiLevelType w:val="singleLevel"/>
    <w:tmpl w:val="FFFFFFFF"/>
    <w:name w:val="WW8Num3"/>
    <w:lvl w:ilvl="0">
      <w:start w:val="1"/>
      <w:numFmt w:val="decimal"/>
      <w:lvlText w:val="%1."/>
      <w:lvlJc w:val="left"/>
      <w:pPr>
        <w:tabs>
          <w:tab w:val="num" w:pos="633"/>
        </w:tabs>
        <w:ind w:left="1353" w:hanging="360"/>
      </w:pPr>
      <w:rPr>
        <w:rFonts w:cs="Times New Roman"/>
        <w:sz w:val="24"/>
      </w:rPr>
    </w:lvl>
  </w:abstractNum>
  <w:abstractNum w:abstractNumId="11" w15:restartNumberingAfterBreak="0">
    <w:nsid w:val="004D314A"/>
    <w:multiLevelType w:val="hybridMultilevel"/>
    <w:tmpl w:val="40CC55D2"/>
    <w:lvl w:ilvl="0" w:tplc="0422000F">
      <w:start w:val="1"/>
      <w:numFmt w:val="decimal"/>
      <w:lvlText w:val="%1."/>
      <w:lvlJc w:val="left"/>
      <w:pPr>
        <w:ind w:left="720" w:hanging="360"/>
      </w:pPr>
      <w:rPr>
        <w:rFonts w:cs="Times New Roman" w:hint="default"/>
      </w:rPr>
    </w:lvl>
    <w:lvl w:ilvl="1" w:tplc="04220019" w:tentative="1">
      <w:start w:val="1"/>
      <w:numFmt w:val="lowerLetter"/>
      <w:lvlText w:val="%2."/>
      <w:lvlJc w:val="left"/>
      <w:pPr>
        <w:ind w:left="1440" w:hanging="360"/>
      </w:pPr>
      <w:rPr>
        <w:rFonts w:cs="Times New Roman"/>
      </w:rPr>
    </w:lvl>
    <w:lvl w:ilvl="2" w:tplc="0422001B" w:tentative="1">
      <w:start w:val="1"/>
      <w:numFmt w:val="lowerRoman"/>
      <w:lvlText w:val="%3."/>
      <w:lvlJc w:val="right"/>
      <w:pPr>
        <w:ind w:left="2160" w:hanging="180"/>
      </w:pPr>
      <w:rPr>
        <w:rFonts w:cs="Times New Roman"/>
      </w:rPr>
    </w:lvl>
    <w:lvl w:ilvl="3" w:tplc="0422000F" w:tentative="1">
      <w:start w:val="1"/>
      <w:numFmt w:val="decimal"/>
      <w:lvlText w:val="%4."/>
      <w:lvlJc w:val="left"/>
      <w:pPr>
        <w:ind w:left="2880" w:hanging="360"/>
      </w:pPr>
      <w:rPr>
        <w:rFonts w:cs="Times New Roman"/>
      </w:rPr>
    </w:lvl>
    <w:lvl w:ilvl="4" w:tplc="04220019" w:tentative="1">
      <w:start w:val="1"/>
      <w:numFmt w:val="lowerLetter"/>
      <w:lvlText w:val="%5."/>
      <w:lvlJc w:val="left"/>
      <w:pPr>
        <w:ind w:left="3600" w:hanging="360"/>
      </w:pPr>
      <w:rPr>
        <w:rFonts w:cs="Times New Roman"/>
      </w:rPr>
    </w:lvl>
    <w:lvl w:ilvl="5" w:tplc="0422001B" w:tentative="1">
      <w:start w:val="1"/>
      <w:numFmt w:val="lowerRoman"/>
      <w:lvlText w:val="%6."/>
      <w:lvlJc w:val="right"/>
      <w:pPr>
        <w:ind w:left="4320" w:hanging="180"/>
      </w:pPr>
      <w:rPr>
        <w:rFonts w:cs="Times New Roman"/>
      </w:rPr>
    </w:lvl>
    <w:lvl w:ilvl="6" w:tplc="0422000F" w:tentative="1">
      <w:start w:val="1"/>
      <w:numFmt w:val="decimal"/>
      <w:lvlText w:val="%7."/>
      <w:lvlJc w:val="left"/>
      <w:pPr>
        <w:ind w:left="5040" w:hanging="360"/>
      </w:pPr>
      <w:rPr>
        <w:rFonts w:cs="Times New Roman"/>
      </w:rPr>
    </w:lvl>
    <w:lvl w:ilvl="7" w:tplc="04220019" w:tentative="1">
      <w:start w:val="1"/>
      <w:numFmt w:val="lowerLetter"/>
      <w:lvlText w:val="%8."/>
      <w:lvlJc w:val="left"/>
      <w:pPr>
        <w:ind w:left="5760" w:hanging="360"/>
      </w:pPr>
      <w:rPr>
        <w:rFonts w:cs="Times New Roman"/>
      </w:rPr>
    </w:lvl>
    <w:lvl w:ilvl="8" w:tplc="0422001B" w:tentative="1">
      <w:start w:val="1"/>
      <w:numFmt w:val="lowerRoman"/>
      <w:lvlText w:val="%9."/>
      <w:lvlJc w:val="right"/>
      <w:pPr>
        <w:ind w:left="6480" w:hanging="180"/>
      </w:pPr>
      <w:rPr>
        <w:rFonts w:cs="Times New Roman"/>
      </w:rPr>
    </w:lvl>
  </w:abstractNum>
  <w:abstractNum w:abstractNumId="12" w15:restartNumberingAfterBreak="0">
    <w:nsid w:val="01F71E80"/>
    <w:multiLevelType w:val="hybridMultilevel"/>
    <w:tmpl w:val="4AD06292"/>
    <w:lvl w:ilvl="0" w:tplc="E1F6446C">
      <w:start w:val="1"/>
      <w:numFmt w:val="decimal"/>
      <w:lvlText w:val="%1."/>
      <w:lvlJc w:val="left"/>
      <w:pPr>
        <w:ind w:left="2025" w:hanging="795"/>
      </w:pPr>
      <w:rPr>
        <w:rFonts w:hint="default"/>
      </w:rPr>
    </w:lvl>
    <w:lvl w:ilvl="1" w:tplc="04220019" w:tentative="1">
      <w:start w:val="1"/>
      <w:numFmt w:val="lowerLetter"/>
      <w:lvlText w:val="%2."/>
      <w:lvlJc w:val="left"/>
      <w:pPr>
        <w:ind w:left="2310" w:hanging="360"/>
      </w:pPr>
    </w:lvl>
    <w:lvl w:ilvl="2" w:tplc="0422001B" w:tentative="1">
      <w:start w:val="1"/>
      <w:numFmt w:val="lowerRoman"/>
      <w:lvlText w:val="%3."/>
      <w:lvlJc w:val="right"/>
      <w:pPr>
        <w:ind w:left="3030" w:hanging="180"/>
      </w:pPr>
    </w:lvl>
    <w:lvl w:ilvl="3" w:tplc="0422000F" w:tentative="1">
      <w:start w:val="1"/>
      <w:numFmt w:val="decimal"/>
      <w:lvlText w:val="%4."/>
      <w:lvlJc w:val="left"/>
      <w:pPr>
        <w:ind w:left="3750" w:hanging="360"/>
      </w:pPr>
    </w:lvl>
    <w:lvl w:ilvl="4" w:tplc="04220019" w:tentative="1">
      <w:start w:val="1"/>
      <w:numFmt w:val="lowerLetter"/>
      <w:lvlText w:val="%5."/>
      <w:lvlJc w:val="left"/>
      <w:pPr>
        <w:ind w:left="4470" w:hanging="360"/>
      </w:pPr>
    </w:lvl>
    <w:lvl w:ilvl="5" w:tplc="0422001B" w:tentative="1">
      <w:start w:val="1"/>
      <w:numFmt w:val="lowerRoman"/>
      <w:lvlText w:val="%6."/>
      <w:lvlJc w:val="right"/>
      <w:pPr>
        <w:ind w:left="5190" w:hanging="180"/>
      </w:pPr>
    </w:lvl>
    <w:lvl w:ilvl="6" w:tplc="0422000F" w:tentative="1">
      <w:start w:val="1"/>
      <w:numFmt w:val="decimal"/>
      <w:lvlText w:val="%7."/>
      <w:lvlJc w:val="left"/>
      <w:pPr>
        <w:ind w:left="5910" w:hanging="360"/>
      </w:pPr>
    </w:lvl>
    <w:lvl w:ilvl="7" w:tplc="04220019" w:tentative="1">
      <w:start w:val="1"/>
      <w:numFmt w:val="lowerLetter"/>
      <w:lvlText w:val="%8."/>
      <w:lvlJc w:val="left"/>
      <w:pPr>
        <w:ind w:left="6630" w:hanging="360"/>
      </w:pPr>
    </w:lvl>
    <w:lvl w:ilvl="8" w:tplc="0422001B" w:tentative="1">
      <w:start w:val="1"/>
      <w:numFmt w:val="lowerRoman"/>
      <w:lvlText w:val="%9."/>
      <w:lvlJc w:val="right"/>
      <w:pPr>
        <w:ind w:left="7350" w:hanging="180"/>
      </w:pPr>
    </w:lvl>
  </w:abstractNum>
  <w:abstractNum w:abstractNumId="13" w15:restartNumberingAfterBreak="0">
    <w:nsid w:val="027F020E"/>
    <w:multiLevelType w:val="multilevel"/>
    <w:tmpl w:val="10D03A44"/>
    <w:lvl w:ilvl="0">
      <w:start w:val="1"/>
      <w:numFmt w:val="decimal"/>
      <w:lvlText w:val="%1."/>
      <w:lvlJc w:val="left"/>
      <w:pPr>
        <w:ind w:left="390" w:hanging="390"/>
      </w:pPr>
      <w:rPr>
        <w:rFonts w:cs="Times New Roman"/>
      </w:rPr>
    </w:lvl>
    <w:lvl w:ilvl="1">
      <w:start w:val="1"/>
      <w:numFmt w:val="decimal"/>
      <w:lvlText w:val="%1.%2."/>
      <w:lvlJc w:val="left"/>
      <w:pPr>
        <w:ind w:left="720" w:hanging="720"/>
      </w:pPr>
      <w:rPr>
        <w:rFonts w:cs="Times New Roman"/>
      </w:rPr>
    </w:lvl>
    <w:lvl w:ilvl="2">
      <w:start w:val="1"/>
      <w:numFmt w:val="decimal"/>
      <w:lvlText w:val="%1.%2.%3."/>
      <w:lvlJc w:val="left"/>
      <w:pPr>
        <w:ind w:left="720" w:hanging="720"/>
      </w:pPr>
      <w:rPr>
        <w:rFonts w:cs="Times New Roman"/>
      </w:rPr>
    </w:lvl>
    <w:lvl w:ilvl="3">
      <w:start w:val="1"/>
      <w:numFmt w:val="decimal"/>
      <w:lvlText w:val="%1.%2.%3.%4."/>
      <w:lvlJc w:val="left"/>
      <w:pPr>
        <w:ind w:left="1080" w:hanging="1080"/>
      </w:pPr>
      <w:rPr>
        <w:rFonts w:cs="Times New Roman"/>
      </w:rPr>
    </w:lvl>
    <w:lvl w:ilvl="4">
      <w:start w:val="1"/>
      <w:numFmt w:val="decimal"/>
      <w:lvlText w:val="%1.%2.%3.%4.%5."/>
      <w:lvlJc w:val="left"/>
      <w:pPr>
        <w:ind w:left="1080" w:hanging="1080"/>
      </w:pPr>
      <w:rPr>
        <w:rFonts w:cs="Times New Roman"/>
      </w:rPr>
    </w:lvl>
    <w:lvl w:ilvl="5">
      <w:start w:val="1"/>
      <w:numFmt w:val="decimal"/>
      <w:lvlText w:val="%1.%2.%3.%4.%5.%6."/>
      <w:lvlJc w:val="left"/>
      <w:pPr>
        <w:ind w:left="1440" w:hanging="1440"/>
      </w:pPr>
      <w:rPr>
        <w:rFonts w:cs="Times New Roman"/>
      </w:rPr>
    </w:lvl>
    <w:lvl w:ilvl="6">
      <w:start w:val="1"/>
      <w:numFmt w:val="decimal"/>
      <w:lvlText w:val="%1.%2.%3.%4.%5.%6.%7."/>
      <w:lvlJc w:val="left"/>
      <w:pPr>
        <w:ind w:left="1440" w:hanging="1440"/>
      </w:pPr>
      <w:rPr>
        <w:rFonts w:cs="Times New Roman"/>
      </w:rPr>
    </w:lvl>
    <w:lvl w:ilvl="7">
      <w:start w:val="1"/>
      <w:numFmt w:val="decimal"/>
      <w:lvlText w:val="%1.%2.%3.%4.%5.%6.%7.%8."/>
      <w:lvlJc w:val="left"/>
      <w:pPr>
        <w:ind w:left="1800" w:hanging="1800"/>
      </w:pPr>
      <w:rPr>
        <w:rFonts w:cs="Times New Roman"/>
      </w:rPr>
    </w:lvl>
    <w:lvl w:ilvl="8">
      <w:start w:val="1"/>
      <w:numFmt w:val="decimal"/>
      <w:lvlText w:val="%1.%2.%3.%4.%5.%6.%7.%8.%9."/>
      <w:lvlJc w:val="left"/>
      <w:pPr>
        <w:ind w:left="1800" w:hanging="1800"/>
      </w:pPr>
      <w:rPr>
        <w:rFonts w:cs="Times New Roman"/>
      </w:rPr>
    </w:lvl>
  </w:abstractNum>
  <w:abstractNum w:abstractNumId="14" w15:restartNumberingAfterBreak="0">
    <w:nsid w:val="13C40703"/>
    <w:multiLevelType w:val="hybridMultilevel"/>
    <w:tmpl w:val="6330B356"/>
    <w:lvl w:ilvl="0" w:tplc="6904565A">
      <w:start w:val="1"/>
      <w:numFmt w:val="decimal"/>
      <w:lvlText w:val="%1."/>
      <w:lvlJc w:val="left"/>
      <w:pPr>
        <w:ind w:left="1065" w:hanging="360"/>
      </w:pPr>
      <w:rPr>
        <w:rFonts w:ascii="Times New Roman" w:eastAsia="Times New Roman" w:hAnsi="Times New Roman" w:cs="Times New Roman"/>
      </w:rPr>
    </w:lvl>
    <w:lvl w:ilvl="1" w:tplc="04220019" w:tentative="1">
      <w:start w:val="1"/>
      <w:numFmt w:val="lowerLetter"/>
      <w:lvlText w:val="%2."/>
      <w:lvlJc w:val="left"/>
      <w:pPr>
        <w:ind w:left="1785" w:hanging="360"/>
      </w:pPr>
      <w:rPr>
        <w:rFonts w:cs="Times New Roman"/>
      </w:rPr>
    </w:lvl>
    <w:lvl w:ilvl="2" w:tplc="0422001B" w:tentative="1">
      <w:start w:val="1"/>
      <w:numFmt w:val="lowerRoman"/>
      <w:lvlText w:val="%3."/>
      <w:lvlJc w:val="right"/>
      <w:pPr>
        <w:ind w:left="2505" w:hanging="180"/>
      </w:pPr>
      <w:rPr>
        <w:rFonts w:cs="Times New Roman"/>
      </w:rPr>
    </w:lvl>
    <w:lvl w:ilvl="3" w:tplc="0422000F" w:tentative="1">
      <w:start w:val="1"/>
      <w:numFmt w:val="decimal"/>
      <w:lvlText w:val="%4."/>
      <w:lvlJc w:val="left"/>
      <w:pPr>
        <w:ind w:left="3225" w:hanging="360"/>
      </w:pPr>
      <w:rPr>
        <w:rFonts w:cs="Times New Roman"/>
      </w:rPr>
    </w:lvl>
    <w:lvl w:ilvl="4" w:tplc="04220019" w:tentative="1">
      <w:start w:val="1"/>
      <w:numFmt w:val="lowerLetter"/>
      <w:lvlText w:val="%5."/>
      <w:lvlJc w:val="left"/>
      <w:pPr>
        <w:ind w:left="3945" w:hanging="360"/>
      </w:pPr>
      <w:rPr>
        <w:rFonts w:cs="Times New Roman"/>
      </w:rPr>
    </w:lvl>
    <w:lvl w:ilvl="5" w:tplc="0422001B" w:tentative="1">
      <w:start w:val="1"/>
      <w:numFmt w:val="lowerRoman"/>
      <w:lvlText w:val="%6."/>
      <w:lvlJc w:val="right"/>
      <w:pPr>
        <w:ind w:left="4665" w:hanging="180"/>
      </w:pPr>
      <w:rPr>
        <w:rFonts w:cs="Times New Roman"/>
      </w:rPr>
    </w:lvl>
    <w:lvl w:ilvl="6" w:tplc="0422000F" w:tentative="1">
      <w:start w:val="1"/>
      <w:numFmt w:val="decimal"/>
      <w:lvlText w:val="%7."/>
      <w:lvlJc w:val="left"/>
      <w:pPr>
        <w:ind w:left="5385" w:hanging="360"/>
      </w:pPr>
      <w:rPr>
        <w:rFonts w:cs="Times New Roman"/>
      </w:rPr>
    </w:lvl>
    <w:lvl w:ilvl="7" w:tplc="04220019" w:tentative="1">
      <w:start w:val="1"/>
      <w:numFmt w:val="lowerLetter"/>
      <w:lvlText w:val="%8."/>
      <w:lvlJc w:val="left"/>
      <w:pPr>
        <w:ind w:left="6105" w:hanging="360"/>
      </w:pPr>
      <w:rPr>
        <w:rFonts w:cs="Times New Roman"/>
      </w:rPr>
    </w:lvl>
    <w:lvl w:ilvl="8" w:tplc="0422001B" w:tentative="1">
      <w:start w:val="1"/>
      <w:numFmt w:val="lowerRoman"/>
      <w:lvlText w:val="%9."/>
      <w:lvlJc w:val="right"/>
      <w:pPr>
        <w:ind w:left="6825" w:hanging="180"/>
      </w:pPr>
      <w:rPr>
        <w:rFonts w:cs="Times New Roman"/>
      </w:rPr>
    </w:lvl>
  </w:abstractNum>
  <w:abstractNum w:abstractNumId="15" w15:restartNumberingAfterBreak="0">
    <w:nsid w:val="29DA4C7C"/>
    <w:multiLevelType w:val="multilevel"/>
    <w:tmpl w:val="38EE7418"/>
    <w:lvl w:ilvl="0">
      <w:start w:val="1"/>
      <w:numFmt w:val="decimal"/>
      <w:lvlText w:val="%1."/>
      <w:lvlJc w:val="left"/>
      <w:pPr>
        <w:ind w:left="1068"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428" w:hanging="72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2148" w:hanging="1440"/>
      </w:pPr>
      <w:rPr>
        <w:rFonts w:hint="default"/>
      </w:rPr>
    </w:lvl>
    <w:lvl w:ilvl="6">
      <w:start w:val="1"/>
      <w:numFmt w:val="decimal"/>
      <w:isLgl/>
      <w:lvlText w:val="%1.%2.%3.%4.%5.%6.%7"/>
      <w:lvlJc w:val="left"/>
      <w:pPr>
        <w:ind w:left="2148" w:hanging="1440"/>
      </w:pPr>
      <w:rPr>
        <w:rFonts w:hint="default"/>
      </w:rPr>
    </w:lvl>
    <w:lvl w:ilvl="7">
      <w:start w:val="1"/>
      <w:numFmt w:val="decimal"/>
      <w:isLgl/>
      <w:lvlText w:val="%1.%2.%3.%4.%5.%6.%7.%8"/>
      <w:lvlJc w:val="left"/>
      <w:pPr>
        <w:ind w:left="2508" w:hanging="1800"/>
      </w:pPr>
      <w:rPr>
        <w:rFonts w:hint="default"/>
      </w:rPr>
    </w:lvl>
    <w:lvl w:ilvl="8">
      <w:start w:val="1"/>
      <w:numFmt w:val="decimal"/>
      <w:isLgl/>
      <w:lvlText w:val="%1.%2.%3.%4.%5.%6.%7.%8.%9"/>
      <w:lvlJc w:val="left"/>
      <w:pPr>
        <w:ind w:left="2508" w:hanging="1800"/>
      </w:pPr>
      <w:rPr>
        <w:rFonts w:hint="default"/>
      </w:rPr>
    </w:lvl>
  </w:abstractNum>
  <w:abstractNum w:abstractNumId="16" w15:restartNumberingAfterBreak="0">
    <w:nsid w:val="3C3E52E8"/>
    <w:multiLevelType w:val="hybridMultilevel"/>
    <w:tmpl w:val="732CCFB4"/>
    <w:lvl w:ilvl="0" w:tplc="DC983A14">
      <w:start w:val="3"/>
      <w:numFmt w:val="decimal"/>
      <w:lvlText w:val="%1."/>
      <w:lvlJc w:val="left"/>
      <w:pPr>
        <w:ind w:left="750" w:hanging="360"/>
      </w:pPr>
      <w:rPr>
        <w:rFonts w:cs="Times New Roman"/>
      </w:rPr>
    </w:lvl>
    <w:lvl w:ilvl="1" w:tplc="04220019">
      <w:start w:val="1"/>
      <w:numFmt w:val="lowerLetter"/>
      <w:lvlText w:val="%2."/>
      <w:lvlJc w:val="left"/>
      <w:pPr>
        <w:ind w:left="1470" w:hanging="360"/>
      </w:pPr>
      <w:rPr>
        <w:rFonts w:cs="Times New Roman"/>
      </w:rPr>
    </w:lvl>
    <w:lvl w:ilvl="2" w:tplc="0422001B">
      <w:start w:val="1"/>
      <w:numFmt w:val="lowerRoman"/>
      <w:lvlText w:val="%3."/>
      <w:lvlJc w:val="right"/>
      <w:pPr>
        <w:ind w:left="2190" w:hanging="180"/>
      </w:pPr>
      <w:rPr>
        <w:rFonts w:cs="Times New Roman"/>
      </w:rPr>
    </w:lvl>
    <w:lvl w:ilvl="3" w:tplc="0422000F">
      <w:start w:val="1"/>
      <w:numFmt w:val="decimal"/>
      <w:lvlText w:val="%4."/>
      <w:lvlJc w:val="left"/>
      <w:pPr>
        <w:ind w:left="2910" w:hanging="360"/>
      </w:pPr>
      <w:rPr>
        <w:rFonts w:cs="Times New Roman"/>
      </w:rPr>
    </w:lvl>
    <w:lvl w:ilvl="4" w:tplc="04220019">
      <w:start w:val="1"/>
      <w:numFmt w:val="lowerLetter"/>
      <w:lvlText w:val="%5."/>
      <w:lvlJc w:val="left"/>
      <w:pPr>
        <w:ind w:left="3630" w:hanging="360"/>
      </w:pPr>
      <w:rPr>
        <w:rFonts w:cs="Times New Roman"/>
      </w:rPr>
    </w:lvl>
    <w:lvl w:ilvl="5" w:tplc="0422001B">
      <w:start w:val="1"/>
      <w:numFmt w:val="lowerRoman"/>
      <w:lvlText w:val="%6."/>
      <w:lvlJc w:val="right"/>
      <w:pPr>
        <w:ind w:left="4350" w:hanging="180"/>
      </w:pPr>
      <w:rPr>
        <w:rFonts w:cs="Times New Roman"/>
      </w:rPr>
    </w:lvl>
    <w:lvl w:ilvl="6" w:tplc="0422000F">
      <w:start w:val="1"/>
      <w:numFmt w:val="decimal"/>
      <w:lvlText w:val="%7."/>
      <w:lvlJc w:val="left"/>
      <w:pPr>
        <w:ind w:left="5070" w:hanging="360"/>
      </w:pPr>
      <w:rPr>
        <w:rFonts w:cs="Times New Roman"/>
      </w:rPr>
    </w:lvl>
    <w:lvl w:ilvl="7" w:tplc="04220019">
      <w:start w:val="1"/>
      <w:numFmt w:val="lowerLetter"/>
      <w:lvlText w:val="%8."/>
      <w:lvlJc w:val="left"/>
      <w:pPr>
        <w:ind w:left="5790" w:hanging="360"/>
      </w:pPr>
      <w:rPr>
        <w:rFonts w:cs="Times New Roman"/>
      </w:rPr>
    </w:lvl>
    <w:lvl w:ilvl="8" w:tplc="0422001B">
      <w:start w:val="1"/>
      <w:numFmt w:val="lowerRoman"/>
      <w:lvlText w:val="%9."/>
      <w:lvlJc w:val="right"/>
      <w:pPr>
        <w:ind w:left="6510" w:hanging="180"/>
      </w:pPr>
      <w:rPr>
        <w:rFonts w:cs="Times New Roman"/>
      </w:rPr>
    </w:lvl>
  </w:abstractNum>
  <w:abstractNum w:abstractNumId="17" w15:restartNumberingAfterBreak="0">
    <w:nsid w:val="3D26270A"/>
    <w:multiLevelType w:val="hybridMultilevel"/>
    <w:tmpl w:val="AF0CFD7A"/>
    <w:lvl w:ilvl="0" w:tplc="C3F8B42E">
      <w:start w:val="1"/>
      <w:numFmt w:val="decimal"/>
      <w:lvlText w:val="%1."/>
      <w:lvlJc w:val="left"/>
      <w:pPr>
        <w:ind w:left="720" w:hanging="360"/>
      </w:pPr>
      <w:rPr>
        <w:rFonts w:ascii="Times New Roman" w:hAnsi="Times New Roman" w:cs="Times New Roman" w:hint="default"/>
      </w:rPr>
    </w:lvl>
    <w:lvl w:ilvl="1" w:tplc="04220019" w:tentative="1">
      <w:start w:val="1"/>
      <w:numFmt w:val="lowerLetter"/>
      <w:lvlText w:val="%2."/>
      <w:lvlJc w:val="left"/>
      <w:pPr>
        <w:ind w:left="1440" w:hanging="360"/>
      </w:pPr>
      <w:rPr>
        <w:rFonts w:cs="Times New Roman"/>
      </w:rPr>
    </w:lvl>
    <w:lvl w:ilvl="2" w:tplc="0422001B" w:tentative="1">
      <w:start w:val="1"/>
      <w:numFmt w:val="lowerRoman"/>
      <w:lvlText w:val="%3."/>
      <w:lvlJc w:val="right"/>
      <w:pPr>
        <w:ind w:left="2160" w:hanging="180"/>
      </w:pPr>
      <w:rPr>
        <w:rFonts w:cs="Times New Roman"/>
      </w:rPr>
    </w:lvl>
    <w:lvl w:ilvl="3" w:tplc="0422000F" w:tentative="1">
      <w:start w:val="1"/>
      <w:numFmt w:val="decimal"/>
      <w:lvlText w:val="%4."/>
      <w:lvlJc w:val="left"/>
      <w:pPr>
        <w:ind w:left="2880" w:hanging="360"/>
      </w:pPr>
      <w:rPr>
        <w:rFonts w:cs="Times New Roman"/>
      </w:rPr>
    </w:lvl>
    <w:lvl w:ilvl="4" w:tplc="04220019" w:tentative="1">
      <w:start w:val="1"/>
      <w:numFmt w:val="lowerLetter"/>
      <w:lvlText w:val="%5."/>
      <w:lvlJc w:val="left"/>
      <w:pPr>
        <w:ind w:left="3600" w:hanging="360"/>
      </w:pPr>
      <w:rPr>
        <w:rFonts w:cs="Times New Roman"/>
      </w:rPr>
    </w:lvl>
    <w:lvl w:ilvl="5" w:tplc="0422001B" w:tentative="1">
      <w:start w:val="1"/>
      <w:numFmt w:val="lowerRoman"/>
      <w:lvlText w:val="%6."/>
      <w:lvlJc w:val="right"/>
      <w:pPr>
        <w:ind w:left="4320" w:hanging="180"/>
      </w:pPr>
      <w:rPr>
        <w:rFonts w:cs="Times New Roman"/>
      </w:rPr>
    </w:lvl>
    <w:lvl w:ilvl="6" w:tplc="0422000F" w:tentative="1">
      <w:start w:val="1"/>
      <w:numFmt w:val="decimal"/>
      <w:lvlText w:val="%7."/>
      <w:lvlJc w:val="left"/>
      <w:pPr>
        <w:ind w:left="5040" w:hanging="360"/>
      </w:pPr>
      <w:rPr>
        <w:rFonts w:cs="Times New Roman"/>
      </w:rPr>
    </w:lvl>
    <w:lvl w:ilvl="7" w:tplc="04220019" w:tentative="1">
      <w:start w:val="1"/>
      <w:numFmt w:val="lowerLetter"/>
      <w:lvlText w:val="%8."/>
      <w:lvlJc w:val="left"/>
      <w:pPr>
        <w:ind w:left="5760" w:hanging="360"/>
      </w:pPr>
      <w:rPr>
        <w:rFonts w:cs="Times New Roman"/>
      </w:rPr>
    </w:lvl>
    <w:lvl w:ilvl="8" w:tplc="0422001B" w:tentative="1">
      <w:start w:val="1"/>
      <w:numFmt w:val="lowerRoman"/>
      <w:lvlText w:val="%9."/>
      <w:lvlJc w:val="right"/>
      <w:pPr>
        <w:ind w:left="6480" w:hanging="180"/>
      </w:pPr>
      <w:rPr>
        <w:rFonts w:cs="Times New Roman"/>
      </w:rPr>
    </w:lvl>
  </w:abstractNum>
  <w:abstractNum w:abstractNumId="18" w15:restartNumberingAfterBreak="0">
    <w:nsid w:val="4B1A5C85"/>
    <w:multiLevelType w:val="hybridMultilevel"/>
    <w:tmpl w:val="4F9EF496"/>
    <w:lvl w:ilvl="0" w:tplc="AD24B99C">
      <w:start w:val="4"/>
      <w:numFmt w:val="decimal"/>
      <w:lvlText w:val="%1."/>
      <w:lvlJc w:val="left"/>
      <w:pPr>
        <w:ind w:left="615" w:hanging="360"/>
      </w:pPr>
      <w:rPr>
        <w:rFonts w:cs="Times New Roman" w:hint="default"/>
      </w:rPr>
    </w:lvl>
    <w:lvl w:ilvl="1" w:tplc="04220019" w:tentative="1">
      <w:start w:val="1"/>
      <w:numFmt w:val="lowerLetter"/>
      <w:lvlText w:val="%2."/>
      <w:lvlJc w:val="left"/>
      <w:pPr>
        <w:ind w:left="1335" w:hanging="360"/>
      </w:pPr>
      <w:rPr>
        <w:rFonts w:cs="Times New Roman"/>
      </w:rPr>
    </w:lvl>
    <w:lvl w:ilvl="2" w:tplc="0422001B" w:tentative="1">
      <w:start w:val="1"/>
      <w:numFmt w:val="lowerRoman"/>
      <w:lvlText w:val="%3."/>
      <w:lvlJc w:val="right"/>
      <w:pPr>
        <w:ind w:left="2055" w:hanging="180"/>
      </w:pPr>
      <w:rPr>
        <w:rFonts w:cs="Times New Roman"/>
      </w:rPr>
    </w:lvl>
    <w:lvl w:ilvl="3" w:tplc="0422000F" w:tentative="1">
      <w:start w:val="1"/>
      <w:numFmt w:val="decimal"/>
      <w:lvlText w:val="%4."/>
      <w:lvlJc w:val="left"/>
      <w:pPr>
        <w:ind w:left="2775" w:hanging="360"/>
      </w:pPr>
      <w:rPr>
        <w:rFonts w:cs="Times New Roman"/>
      </w:rPr>
    </w:lvl>
    <w:lvl w:ilvl="4" w:tplc="04220019" w:tentative="1">
      <w:start w:val="1"/>
      <w:numFmt w:val="lowerLetter"/>
      <w:lvlText w:val="%5."/>
      <w:lvlJc w:val="left"/>
      <w:pPr>
        <w:ind w:left="3495" w:hanging="360"/>
      </w:pPr>
      <w:rPr>
        <w:rFonts w:cs="Times New Roman"/>
      </w:rPr>
    </w:lvl>
    <w:lvl w:ilvl="5" w:tplc="0422001B" w:tentative="1">
      <w:start w:val="1"/>
      <w:numFmt w:val="lowerRoman"/>
      <w:lvlText w:val="%6."/>
      <w:lvlJc w:val="right"/>
      <w:pPr>
        <w:ind w:left="4215" w:hanging="180"/>
      </w:pPr>
      <w:rPr>
        <w:rFonts w:cs="Times New Roman"/>
      </w:rPr>
    </w:lvl>
    <w:lvl w:ilvl="6" w:tplc="0422000F" w:tentative="1">
      <w:start w:val="1"/>
      <w:numFmt w:val="decimal"/>
      <w:lvlText w:val="%7."/>
      <w:lvlJc w:val="left"/>
      <w:pPr>
        <w:ind w:left="4935" w:hanging="360"/>
      </w:pPr>
      <w:rPr>
        <w:rFonts w:cs="Times New Roman"/>
      </w:rPr>
    </w:lvl>
    <w:lvl w:ilvl="7" w:tplc="04220019" w:tentative="1">
      <w:start w:val="1"/>
      <w:numFmt w:val="lowerLetter"/>
      <w:lvlText w:val="%8."/>
      <w:lvlJc w:val="left"/>
      <w:pPr>
        <w:ind w:left="5655" w:hanging="360"/>
      </w:pPr>
      <w:rPr>
        <w:rFonts w:cs="Times New Roman"/>
      </w:rPr>
    </w:lvl>
    <w:lvl w:ilvl="8" w:tplc="0422001B" w:tentative="1">
      <w:start w:val="1"/>
      <w:numFmt w:val="lowerRoman"/>
      <w:lvlText w:val="%9."/>
      <w:lvlJc w:val="right"/>
      <w:pPr>
        <w:ind w:left="6375" w:hanging="180"/>
      </w:pPr>
      <w:rPr>
        <w:rFonts w:cs="Times New Roman"/>
      </w:rPr>
    </w:lvl>
  </w:abstractNum>
  <w:abstractNum w:abstractNumId="19" w15:restartNumberingAfterBreak="0">
    <w:nsid w:val="61E44132"/>
    <w:multiLevelType w:val="multilevel"/>
    <w:tmpl w:val="8C3C70D2"/>
    <w:lvl w:ilvl="0">
      <w:start w:val="1"/>
      <w:numFmt w:val="decimal"/>
      <w:lvlText w:val="%1."/>
      <w:lvlJc w:val="left"/>
      <w:pPr>
        <w:ind w:left="360" w:hanging="360"/>
      </w:pPr>
      <w:rPr>
        <w:rFonts w:cs="Times New Roman" w:hint="default"/>
      </w:rPr>
    </w:lvl>
    <w:lvl w:ilvl="1">
      <w:start w:val="1"/>
      <w:numFmt w:val="decimal"/>
      <w:isLgl/>
      <w:lvlText w:val="%1.%2."/>
      <w:lvlJc w:val="left"/>
      <w:pPr>
        <w:ind w:left="1080" w:hanging="720"/>
      </w:pPr>
      <w:rPr>
        <w:rFonts w:cs="Times New Roman" w:hint="default"/>
      </w:rPr>
    </w:lvl>
    <w:lvl w:ilvl="2">
      <w:start w:val="1"/>
      <w:numFmt w:val="decimal"/>
      <w:isLgl/>
      <w:lvlText w:val="%1.%2.%3."/>
      <w:lvlJc w:val="left"/>
      <w:pPr>
        <w:ind w:left="1440" w:hanging="720"/>
      </w:pPr>
      <w:rPr>
        <w:rFonts w:cs="Times New Roman" w:hint="default"/>
      </w:rPr>
    </w:lvl>
    <w:lvl w:ilvl="3">
      <w:start w:val="1"/>
      <w:numFmt w:val="decimal"/>
      <w:isLgl/>
      <w:lvlText w:val="%1.%2.%3.%4."/>
      <w:lvlJc w:val="left"/>
      <w:pPr>
        <w:ind w:left="2160" w:hanging="1080"/>
      </w:pPr>
      <w:rPr>
        <w:rFonts w:cs="Times New Roman" w:hint="default"/>
      </w:rPr>
    </w:lvl>
    <w:lvl w:ilvl="4">
      <w:start w:val="1"/>
      <w:numFmt w:val="decimal"/>
      <w:isLgl/>
      <w:lvlText w:val="%1.%2.%3.%4.%5."/>
      <w:lvlJc w:val="left"/>
      <w:pPr>
        <w:ind w:left="2520" w:hanging="1080"/>
      </w:pPr>
      <w:rPr>
        <w:rFonts w:cs="Times New Roman" w:hint="default"/>
      </w:rPr>
    </w:lvl>
    <w:lvl w:ilvl="5">
      <w:start w:val="1"/>
      <w:numFmt w:val="decimal"/>
      <w:isLgl/>
      <w:lvlText w:val="%1.%2.%3.%4.%5.%6."/>
      <w:lvlJc w:val="left"/>
      <w:pPr>
        <w:ind w:left="3240" w:hanging="1440"/>
      </w:pPr>
      <w:rPr>
        <w:rFonts w:cs="Times New Roman" w:hint="default"/>
      </w:rPr>
    </w:lvl>
    <w:lvl w:ilvl="6">
      <w:start w:val="1"/>
      <w:numFmt w:val="decimal"/>
      <w:isLgl/>
      <w:lvlText w:val="%1.%2.%3.%4.%5.%6.%7."/>
      <w:lvlJc w:val="left"/>
      <w:pPr>
        <w:ind w:left="3600" w:hanging="1440"/>
      </w:pPr>
      <w:rPr>
        <w:rFonts w:cs="Times New Roman" w:hint="default"/>
      </w:rPr>
    </w:lvl>
    <w:lvl w:ilvl="7">
      <w:start w:val="1"/>
      <w:numFmt w:val="decimal"/>
      <w:isLgl/>
      <w:lvlText w:val="%1.%2.%3.%4.%5.%6.%7.%8."/>
      <w:lvlJc w:val="left"/>
      <w:pPr>
        <w:ind w:left="4320" w:hanging="1800"/>
      </w:pPr>
      <w:rPr>
        <w:rFonts w:cs="Times New Roman" w:hint="default"/>
      </w:rPr>
    </w:lvl>
    <w:lvl w:ilvl="8">
      <w:start w:val="1"/>
      <w:numFmt w:val="decimal"/>
      <w:isLgl/>
      <w:lvlText w:val="%1.%2.%3.%4.%5.%6.%7.%8.%9."/>
      <w:lvlJc w:val="left"/>
      <w:pPr>
        <w:ind w:left="4680" w:hanging="1800"/>
      </w:pPr>
      <w:rPr>
        <w:rFonts w:cs="Times New Roman" w:hint="default"/>
      </w:rPr>
    </w:lvl>
  </w:abstractNum>
  <w:abstractNum w:abstractNumId="20" w15:restartNumberingAfterBreak="0">
    <w:nsid w:val="66936780"/>
    <w:multiLevelType w:val="hybridMultilevel"/>
    <w:tmpl w:val="27B0E3D8"/>
    <w:lvl w:ilvl="0" w:tplc="D7F6701A">
      <w:start w:val="4"/>
      <w:numFmt w:val="decimal"/>
      <w:lvlText w:val="%1."/>
      <w:lvlJc w:val="left"/>
      <w:pPr>
        <w:ind w:left="1005" w:hanging="360"/>
      </w:pPr>
      <w:rPr>
        <w:rFonts w:cs="Times New Roman" w:hint="default"/>
      </w:rPr>
    </w:lvl>
    <w:lvl w:ilvl="1" w:tplc="04220019" w:tentative="1">
      <w:start w:val="1"/>
      <w:numFmt w:val="lowerLetter"/>
      <w:lvlText w:val="%2."/>
      <w:lvlJc w:val="left"/>
      <w:pPr>
        <w:ind w:left="1725" w:hanging="360"/>
      </w:pPr>
      <w:rPr>
        <w:rFonts w:cs="Times New Roman"/>
      </w:rPr>
    </w:lvl>
    <w:lvl w:ilvl="2" w:tplc="0422001B" w:tentative="1">
      <w:start w:val="1"/>
      <w:numFmt w:val="lowerRoman"/>
      <w:lvlText w:val="%3."/>
      <w:lvlJc w:val="right"/>
      <w:pPr>
        <w:ind w:left="2445" w:hanging="180"/>
      </w:pPr>
      <w:rPr>
        <w:rFonts w:cs="Times New Roman"/>
      </w:rPr>
    </w:lvl>
    <w:lvl w:ilvl="3" w:tplc="0422000F" w:tentative="1">
      <w:start w:val="1"/>
      <w:numFmt w:val="decimal"/>
      <w:lvlText w:val="%4."/>
      <w:lvlJc w:val="left"/>
      <w:pPr>
        <w:ind w:left="3165" w:hanging="360"/>
      </w:pPr>
      <w:rPr>
        <w:rFonts w:cs="Times New Roman"/>
      </w:rPr>
    </w:lvl>
    <w:lvl w:ilvl="4" w:tplc="04220019" w:tentative="1">
      <w:start w:val="1"/>
      <w:numFmt w:val="lowerLetter"/>
      <w:lvlText w:val="%5."/>
      <w:lvlJc w:val="left"/>
      <w:pPr>
        <w:ind w:left="3885" w:hanging="360"/>
      </w:pPr>
      <w:rPr>
        <w:rFonts w:cs="Times New Roman"/>
      </w:rPr>
    </w:lvl>
    <w:lvl w:ilvl="5" w:tplc="0422001B" w:tentative="1">
      <w:start w:val="1"/>
      <w:numFmt w:val="lowerRoman"/>
      <w:lvlText w:val="%6."/>
      <w:lvlJc w:val="right"/>
      <w:pPr>
        <w:ind w:left="4605" w:hanging="180"/>
      </w:pPr>
      <w:rPr>
        <w:rFonts w:cs="Times New Roman"/>
      </w:rPr>
    </w:lvl>
    <w:lvl w:ilvl="6" w:tplc="0422000F" w:tentative="1">
      <w:start w:val="1"/>
      <w:numFmt w:val="decimal"/>
      <w:lvlText w:val="%7."/>
      <w:lvlJc w:val="left"/>
      <w:pPr>
        <w:ind w:left="5325" w:hanging="360"/>
      </w:pPr>
      <w:rPr>
        <w:rFonts w:cs="Times New Roman"/>
      </w:rPr>
    </w:lvl>
    <w:lvl w:ilvl="7" w:tplc="04220019" w:tentative="1">
      <w:start w:val="1"/>
      <w:numFmt w:val="lowerLetter"/>
      <w:lvlText w:val="%8."/>
      <w:lvlJc w:val="left"/>
      <w:pPr>
        <w:ind w:left="6045" w:hanging="360"/>
      </w:pPr>
      <w:rPr>
        <w:rFonts w:cs="Times New Roman"/>
      </w:rPr>
    </w:lvl>
    <w:lvl w:ilvl="8" w:tplc="0422001B" w:tentative="1">
      <w:start w:val="1"/>
      <w:numFmt w:val="lowerRoman"/>
      <w:lvlText w:val="%9."/>
      <w:lvlJc w:val="right"/>
      <w:pPr>
        <w:ind w:left="6765" w:hanging="180"/>
      </w:pPr>
      <w:rPr>
        <w:rFonts w:cs="Times New Roman"/>
      </w:rPr>
    </w:lvl>
  </w:abstractNum>
  <w:abstractNum w:abstractNumId="21" w15:restartNumberingAfterBreak="0">
    <w:nsid w:val="6A09228B"/>
    <w:multiLevelType w:val="hybridMultilevel"/>
    <w:tmpl w:val="FD8473E8"/>
    <w:lvl w:ilvl="0" w:tplc="29200B4E">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22" w15:restartNumberingAfterBreak="0">
    <w:nsid w:val="7A753D8D"/>
    <w:multiLevelType w:val="hybridMultilevel"/>
    <w:tmpl w:val="D1F660DA"/>
    <w:lvl w:ilvl="0" w:tplc="6120646A">
      <w:start w:val="9"/>
      <w:numFmt w:val="decimal"/>
      <w:lvlText w:val="%1."/>
      <w:lvlJc w:val="left"/>
      <w:pPr>
        <w:ind w:left="1200" w:hanging="360"/>
      </w:pPr>
      <w:rPr>
        <w:rFonts w:cs="Times New Roman" w:hint="default"/>
        <w:color w:val="000000"/>
      </w:rPr>
    </w:lvl>
    <w:lvl w:ilvl="1" w:tplc="04220019" w:tentative="1">
      <w:start w:val="1"/>
      <w:numFmt w:val="lowerLetter"/>
      <w:lvlText w:val="%2."/>
      <w:lvlJc w:val="left"/>
      <w:pPr>
        <w:ind w:left="1920" w:hanging="360"/>
      </w:pPr>
      <w:rPr>
        <w:rFonts w:cs="Times New Roman"/>
      </w:rPr>
    </w:lvl>
    <w:lvl w:ilvl="2" w:tplc="0422001B" w:tentative="1">
      <w:start w:val="1"/>
      <w:numFmt w:val="lowerRoman"/>
      <w:lvlText w:val="%3."/>
      <w:lvlJc w:val="right"/>
      <w:pPr>
        <w:ind w:left="2640" w:hanging="180"/>
      </w:pPr>
      <w:rPr>
        <w:rFonts w:cs="Times New Roman"/>
      </w:rPr>
    </w:lvl>
    <w:lvl w:ilvl="3" w:tplc="0422000F" w:tentative="1">
      <w:start w:val="1"/>
      <w:numFmt w:val="decimal"/>
      <w:lvlText w:val="%4."/>
      <w:lvlJc w:val="left"/>
      <w:pPr>
        <w:ind w:left="3360" w:hanging="360"/>
      </w:pPr>
      <w:rPr>
        <w:rFonts w:cs="Times New Roman"/>
      </w:rPr>
    </w:lvl>
    <w:lvl w:ilvl="4" w:tplc="04220019" w:tentative="1">
      <w:start w:val="1"/>
      <w:numFmt w:val="lowerLetter"/>
      <w:lvlText w:val="%5."/>
      <w:lvlJc w:val="left"/>
      <w:pPr>
        <w:ind w:left="4080" w:hanging="360"/>
      </w:pPr>
      <w:rPr>
        <w:rFonts w:cs="Times New Roman"/>
      </w:rPr>
    </w:lvl>
    <w:lvl w:ilvl="5" w:tplc="0422001B" w:tentative="1">
      <w:start w:val="1"/>
      <w:numFmt w:val="lowerRoman"/>
      <w:lvlText w:val="%6."/>
      <w:lvlJc w:val="right"/>
      <w:pPr>
        <w:ind w:left="4800" w:hanging="180"/>
      </w:pPr>
      <w:rPr>
        <w:rFonts w:cs="Times New Roman"/>
      </w:rPr>
    </w:lvl>
    <w:lvl w:ilvl="6" w:tplc="0422000F" w:tentative="1">
      <w:start w:val="1"/>
      <w:numFmt w:val="decimal"/>
      <w:lvlText w:val="%7."/>
      <w:lvlJc w:val="left"/>
      <w:pPr>
        <w:ind w:left="5520" w:hanging="360"/>
      </w:pPr>
      <w:rPr>
        <w:rFonts w:cs="Times New Roman"/>
      </w:rPr>
    </w:lvl>
    <w:lvl w:ilvl="7" w:tplc="04220019" w:tentative="1">
      <w:start w:val="1"/>
      <w:numFmt w:val="lowerLetter"/>
      <w:lvlText w:val="%8."/>
      <w:lvlJc w:val="left"/>
      <w:pPr>
        <w:ind w:left="6240" w:hanging="360"/>
      </w:pPr>
      <w:rPr>
        <w:rFonts w:cs="Times New Roman"/>
      </w:rPr>
    </w:lvl>
    <w:lvl w:ilvl="8" w:tplc="0422001B" w:tentative="1">
      <w:start w:val="1"/>
      <w:numFmt w:val="lowerRoman"/>
      <w:lvlText w:val="%9."/>
      <w:lvlJc w:val="right"/>
      <w:pPr>
        <w:ind w:left="6960" w:hanging="180"/>
      </w:pPr>
      <w:rPr>
        <w:rFonts w:cs="Times New Roman"/>
      </w:rPr>
    </w:lvl>
  </w:abstractNum>
  <w:num w:numId="1">
    <w:abstractNumId w:val="9"/>
  </w:num>
  <w:num w:numId="2">
    <w:abstractNumId w:val="19"/>
  </w:num>
  <w:num w:numId="3">
    <w:abstractNumId w:val="18"/>
  </w:num>
  <w:num w:numId="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2"/>
  </w:num>
  <w:num w:numId="7">
    <w:abstractNumId w:val="20"/>
  </w:num>
  <w:num w:numId="8">
    <w:abstractNumId w:val="14"/>
  </w:num>
  <w:num w:numId="9">
    <w:abstractNumId w:val="11"/>
  </w:num>
  <w:num w:numId="10">
    <w:abstractNumId w:val="17"/>
  </w:num>
  <w:num w:numId="11">
    <w:abstractNumId w:val="21"/>
  </w:num>
  <w:num w:numId="12">
    <w:abstractNumId w:val="12"/>
  </w:num>
  <w:num w:numId="13">
    <w:abstractNumId w:val="15"/>
  </w:num>
  <w:num w:numId="14">
    <w:abstractNumId w:val="8"/>
  </w:num>
  <w:num w:numId="15">
    <w:abstractNumId w:val="6"/>
  </w:num>
  <w:num w:numId="16">
    <w:abstractNumId w:val="5"/>
  </w:num>
  <w:num w:numId="17">
    <w:abstractNumId w:val="4"/>
  </w:num>
  <w:num w:numId="18">
    <w:abstractNumId w:val="7"/>
  </w:num>
  <w:num w:numId="19">
    <w:abstractNumId w:val="3"/>
  </w:num>
  <w:num w:numId="20">
    <w:abstractNumId w:val="2"/>
  </w:num>
  <w:num w:numId="21">
    <w:abstractNumId w:val="1"/>
  </w:num>
  <w:num w:numId="22">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embedSystemFonts/>
  <w:hideSpellingError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rawingGridHorizontalSpacing w:val="100"/>
  <w:drawingGridVerticalSpacing w:val="0"/>
  <w:displayHorizontalDrawingGridEvery w:val="0"/>
  <w:displayVerticalDrawingGridEvery w:val="0"/>
  <w:characterSpacingControl w:val="doNotCompres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2"/>
  </w:compat>
  <w:rsids>
    <w:rsidRoot w:val="00583B6B"/>
    <w:rsid w:val="00001C2B"/>
    <w:rsid w:val="00002D04"/>
    <w:rsid w:val="00003D31"/>
    <w:rsid w:val="00003F52"/>
    <w:rsid w:val="00004178"/>
    <w:rsid w:val="00004C3B"/>
    <w:rsid w:val="00005CF9"/>
    <w:rsid w:val="00006156"/>
    <w:rsid w:val="000063C9"/>
    <w:rsid w:val="0000737A"/>
    <w:rsid w:val="00007E0E"/>
    <w:rsid w:val="00010290"/>
    <w:rsid w:val="00010861"/>
    <w:rsid w:val="00010BE5"/>
    <w:rsid w:val="00012505"/>
    <w:rsid w:val="000133FD"/>
    <w:rsid w:val="00014E81"/>
    <w:rsid w:val="000159CD"/>
    <w:rsid w:val="000170C7"/>
    <w:rsid w:val="000177C1"/>
    <w:rsid w:val="00020282"/>
    <w:rsid w:val="00020724"/>
    <w:rsid w:val="00020D95"/>
    <w:rsid w:val="000215F3"/>
    <w:rsid w:val="00021A6E"/>
    <w:rsid w:val="00024C84"/>
    <w:rsid w:val="00025778"/>
    <w:rsid w:val="000257A6"/>
    <w:rsid w:val="00026ECA"/>
    <w:rsid w:val="000271C1"/>
    <w:rsid w:val="00027320"/>
    <w:rsid w:val="0003010F"/>
    <w:rsid w:val="00030810"/>
    <w:rsid w:val="00031519"/>
    <w:rsid w:val="0003167F"/>
    <w:rsid w:val="00031C9B"/>
    <w:rsid w:val="0003218A"/>
    <w:rsid w:val="000341A2"/>
    <w:rsid w:val="0003429E"/>
    <w:rsid w:val="00034380"/>
    <w:rsid w:val="00034CDF"/>
    <w:rsid w:val="0003584F"/>
    <w:rsid w:val="00035B86"/>
    <w:rsid w:val="0003693F"/>
    <w:rsid w:val="00036A56"/>
    <w:rsid w:val="0003756B"/>
    <w:rsid w:val="000375A2"/>
    <w:rsid w:val="000400B8"/>
    <w:rsid w:val="000407D7"/>
    <w:rsid w:val="00040DC7"/>
    <w:rsid w:val="00041032"/>
    <w:rsid w:val="00041630"/>
    <w:rsid w:val="00041B76"/>
    <w:rsid w:val="00041E9F"/>
    <w:rsid w:val="00042674"/>
    <w:rsid w:val="00043162"/>
    <w:rsid w:val="00043641"/>
    <w:rsid w:val="00043B85"/>
    <w:rsid w:val="00043F08"/>
    <w:rsid w:val="00044906"/>
    <w:rsid w:val="00044BF5"/>
    <w:rsid w:val="00046EE5"/>
    <w:rsid w:val="000478A7"/>
    <w:rsid w:val="00047E17"/>
    <w:rsid w:val="00051EC4"/>
    <w:rsid w:val="00053307"/>
    <w:rsid w:val="0005386C"/>
    <w:rsid w:val="00053CB1"/>
    <w:rsid w:val="0005413D"/>
    <w:rsid w:val="00054F1B"/>
    <w:rsid w:val="0005518C"/>
    <w:rsid w:val="00055190"/>
    <w:rsid w:val="000551B8"/>
    <w:rsid w:val="000611E5"/>
    <w:rsid w:val="000632C1"/>
    <w:rsid w:val="00063F0E"/>
    <w:rsid w:val="00063FEF"/>
    <w:rsid w:val="00066140"/>
    <w:rsid w:val="00066BEB"/>
    <w:rsid w:val="0006730B"/>
    <w:rsid w:val="00067356"/>
    <w:rsid w:val="00067506"/>
    <w:rsid w:val="00067847"/>
    <w:rsid w:val="0007050F"/>
    <w:rsid w:val="00070745"/>
    <w:rsid w:val="000715FA"/>
    <w:rsid w:val="00071F6C"/>
    <w:rsid w:val="00073B3D"/>
    <w:rsid w:val="000764FD"/>
    <w:rsid w:val="000767E6"/>
    <w:rsid w:val="00076D60"/>
    <w:rsid w:val="0007725E"/>
    <w:rsid w:val="0007746C"/>
    <w:rsid w:val="000774C4"/>
    <w:rsid w:val="000817F2"/>
    <w:rsid w:val="000821C0"/>
    <w:rsid w:val="00082421"/>
    <w:rsid w:val="000827C2"/>
    <w:rsid w:val="000838E1"/>
    <w:rsid w:val="00083C9D"/>
    <w:rsid w:val="0008603B"/>
    <w:rsid w:val="000865EF"/>
    <w:rsid w:val="00090569"/>
    <w:rsid w:val="00092EBF"/>
    <w:rsid w:val="000939AB"/>
    <w:rsid w:val="00093C8B"/>
    <w:rsid w:val="00093D61"/>
    <w:rsid w:val="00093D9C"/>
    <w:rsid w:val="00093F44"/>
    <w:rsid w:val="0009491F"/>
    <w:rsid w:val="00094AF5"/>
    <w:rsid w:val="000957BC"/>
    <w:rsid w:val="00095E9F"/>
    <w:rsid w:val="00096F6B"/>
    <w:rsid w:val="000979BD"/>
    <w:rsid w:val="00097F61"/>
    <w:rsid w:val="000A05AE"/>
    <w:rsid w:val="000A0AC3"/>
    <w:rsid w:val="000A1089"/>
    <w:rsid w:val="000A1446"/>
    <w:rsid w:val="000A226A"/>
    <w:rsid w:val="000A2E80"/>
    <w:rsid w:val="000A393B"/>
    <w:rsid w:val="000A3F4F"/>
    <w:rsid w:val="000A52F6"/>
    <w:rsid w:val="000A684B"/>
    <w:rsid w:val="000B0A1E"/>
    <w:rsid w:val="000B0D98"/>
    <w:rsid w:val="000B23B2"/>
    <w:rsid w:val="000B2C9E"/>
    <w:rsid w:val="000B31BF"/>
    <w:rsid w:val="000B388C"/>
    <w:rsid w:val="000B3AE9"/>
    <w:rsid w:val="000B5005"/>
    <w:rsid w:val="000B5913"/>
    <w:rsid w:val="000B5FF0"/>
    <w:rsid w:val="000B6356"/>
    <w:rsid w:val="000B6AA2"/>
    <w:rsid w:val="000B7EFA"/>
    <w:rsid w:val="000C0221"/>
    <w:rsid w:val="000C1698"/>
    <w:rsid w:val="000C1D19"/>
    <w:rsid w:val="000C2C3C"/>
    <w:rsid w:val="000C307B"/>
    <w:rsid w:val="000C397A"/>
    <w:rsid w:val="000C3CF0"/>
    <w:rsid w:val="000C68AD"/>
    <w:rsid w:val="000D07C9"/>
    <w:rsid w:val="000D1231"/>
    <w:rsid w:val="000D213A"/>
    <w:rsid w:val="000D2422"/>
    <w:rsid w:val="000D2D77"/>
    <w:rsid w:val="000D4007"/>
    <w:rsid w:val="000D54A0"/>
    <w:rsid w:val="000D5AD4"/>
    <w:rsid w:val="000D6B4F"/>
    <w:rsid w:val="000D71C1"/>
    <w:rsid w:val="000D7833"/>
    <w:rsid w:val="000E0221"/>
    <w:rsid w:val="000E0966"/>
    <w:rsid w:val="000E19FC"/>
    <w:rsid w:val="000E1A9A"/>
    <w:rsid w:val="000E56E5"/>
    <w:rsid w:val="000E742C"/>
    <w:rsid w:val="000F00CB"/>
    <w:rsid w:val="000F2065"/>
    <w:rsid w:val="000F2EFE"/>
    <w:rsid w:val="000F35EB"/>
    <w:rsid w:val="000F3DBA"/>
    <w:rsid w:val="000F50E4"/>
    <w:rsid w:val="000F61D3"/>
    <w:rsid w:val="000F6E8D"/>
    <w:rsid w:val="000F7280"/>
    <w:rsid w:val="000F79EF"/>
    <w:rsid w:val="000F7B75"/>
    <w:rsid w:val="0010009E"/>
    <w:rsid w:val="00100782"/>
    <w:rsid w:val="001012E0"/>
    <w:rsid w:val="0010238D"/>
    <w:rsid w:val="001023B5"/>
    <w:rsid w:val="001044FF"/>
    <w:rsid w:val="00106991"/>
    <w:rsid w:val="00106FA2"/>
    <w:rsid w:val="001074A6"/>
    <w:rsid w:val="001078E4"/>
    <w:rsid w:val="001104D5"/>
    <w:rsid w:val="0011051C"/>
    <w:rsid w:val="001105C1"/>
    <w:rsid w:val="001106C1"/>
    <w:rsid w:val="001111CF"/>
    <w:rsid w:val="00113A7A"/>
    <w:rsid w:val="0011496B"/>
    <w:rsid w:val="00115310"/>
    <w:rsid w:val="00115728"/>
    <w:rsid w:val="00115B72"/>
    <w:rsid w:val="00115C7E"/>
    <w:rsid w:val="0011778C"/>
    <w:rsid w:val="00117D58"/>
    <w:rsid w:val="00121623"/>
    <w:rsid w:val="00121EFC"/>
    <w:rsid w:val="00121F6E"/>
    <w:rsid w:val="001224D0"/>
    <w:rsid w:val="001224EE"/>
    <w:rsid w:val="00122B45"/>
    <w:rsid w:val="001233AD"/>
    <w:rsid w:val="00123956"/>
    <w:rsid w:val="001239CB"/>
    <w:rsid w:val="0012428F"/>
    <w:rsid w:val="00126201"/>
    <w:rsid w:val="00126B88"/>
    <w:rsid w:val="00127387"/>
    <w:rsid w:val="0012750F"/>
    <w:rsid w:val="00127A95"/>
    <w:rsid w:val="00127BE3"/>
    <w:rsid w:val="00127E2F"/>
    <w:rsid w:val="00130E48"/>
    <w:rsid w:val="00130EDC"/>
    <w:rsid w:val="0013126B"/>
    <w:rsid w:val="00131BF6"/>
    <w:rsid w:val="001328F8"/>
    <w:rsid w:val="00134055"/>
    <w:rsid w:val="0013410C"/>
    <w:rsid w:val="00135A18"/>
    <w:rsid w:val="001368BC"/>
    <w:rsid w:val="00137378"/>
    <w:rsid w:val="001377D0"/>
    <w:rsid w:val="00137F13"/>
    <w:rsid w:val="00140461"/>
    <w:rsid w:val="00140F29"/>
    <w:rsid w:val="0014324E"/>
    <w:rsid w:val="00144930"/>
    <w:rsid w:val="00144F9A"/>
    <w:rsid w:val="0015026E"/>
    <w:rsid w:val="001518AC"/>
    <w:rsid w:val="00151C71"/>
    <w:rsid w:val="00151E91"/>
    <w:rsid w:val="001520D5"/>
    <w:rsid w:val="00154DE1"/>
    <w:rsid w:val="00155016"/>
    <w:rsid w:val="001558FB"/>
    <w:rsid w:val="00155DB2"/>
    <w:rsid w:val="00157C33"/>
    <w:rsid w:val="00157C6D"/>
    <w:rsid w:val="00160873"/>
    <w:rsid w:val="00160ADF"/>
    <w:rsid w:val="00161AD8"/>
    <w:rsid w:val="00161D55"/>
    <w:rsid w:val="001638AE"/>
    <w:rsid w:val="0016599C"/>
    <w:rsid w:val="00165EE3"/>
    <w:rsid w:val="001666BB"/>
    <w:rsid w:val="00167A09"/>
    <w:rsid w:val="00167A86"/>
    <w:rsid w:val="00167CAC"/>
    <w:rsid w:val="00167F64"/>
    <w:rsid w:val="001718B8"/>
    <w:rsid w:val="001740F3"/>
    <w:rsid w:val="001742AC"/>
    <w:rsid w:val="001757D4"/>
    <w:rsid w:val="00176582"/>
    <w:rsid w:val="001773B3"/>
    <w:rsid w:val="00177B1C"/>
    <w:rsid w:val="00180909"/>
    <w:rsid w:val="0018250D"/>
    <w:rsid w:val="00182571"/>
    <w:rsid w:val="0018272F"/>
    <w:rsid w:val="00183059"/>
    <w:rsid w:val="00183066"/>
    <w:rsid w:val="00183E9A"/>
    <w:rsid w:val="00185459"/>
    <w:rsid w:val="001871B5"/>
    <w:rsid w:val="001877AE"/>
    <w:rsid w:val="001907BB"/>
    <w:rsid w:val="001911D9"/>
    <w:rsid w:val="001923A6"/>
    <w:rsid w:val="00192B93"/>
    <w:rsid w:val="00195903"/>
    <w:rsid w:val="001960FD"/>
    <w:rsid w:val="00197275"/>
    <w:rsid w:val="001978F0"/>
    <w:rsid w:val="00197ECB"/>
    <w:rsid w:val="001A1F21"/>
    <w:rsid w:val="001A2335"/>
    <w:rsid w:val="001A294E"/>
    <w:rsid w:val="001A4A41"/>
    <w:rsid w:val="001A5F0E"/>
    <w:rsid w:val="001A648D"/>
    <w:rsid w:val="001A682D"/>
    <w:rsid w:val="001A6C94"/>
    <w:rsid w:val="001B03AB"/>
    <w:rsid w:val="001B1290"/>
    <w:rsid w:val="001B225A"/>
    <w:rsid w:val="001B23CA"/>
    <w:rsid w:val="001B3A8B"/>
    <w:rsid w:val="001B40AE"/>
    <w:rsid w:val="001B4BF6"/>
    <w:rsid w:val="001B570F"/>
    <w:rsid w:val="001B5F15"/>
    <w:rsid w:val="001B6032"/>
    <w:rsid w:val="001B624E"/>
    <w:rsid w:val="001B7345"/>
    <w:rsid w:val="001B7376"/>
    <w:rsid w:val="001B7AB7"/>
    <w:rsid w:val="001C10B6"/>
    <w:rsid w:val="001C19B6"/>
    <w:rsid w:val="001C394E"/>
    <w:rsid w:val="001C3A57"/>
    <w:rsid w:val="001C40CA"/>
    <w:rsid w:val="001C48D1"/>
    <w:rsid w:val="001C5A60"/>
    <w:rsid w:val="001C7618"/>
    <w:rsid w:val="001C7D7B"/>
    <w:rsid w:val="001C7EB8"/>
    <w:rsid w:val="001D058D"/>
    <w:rsid w:val="001D0E9E"/>
    <w:rsid w:val="001D163C"/>
    <w:rsid w:val="001D1AFB"/>
    <w:rsid w:val="001D1C26"/>
    <w:rsid w:val="001D323B"/>
    <w:rsid w:val="001D3382"/>
    <w:rsid w:val="001D5FA5"/>
    <w:rsid w:val="001D6036"/>
    <w:rsid w:val="001D6B0D"/>
    <w:rsid w:val="001D7136"/>
    <w:rsid w:val="001D7A12"/>
    <w:rsid w:val="001E079D"/>
    <w:rsid w:val="001E0F1B"/>
    <w:rsid w:val="001E1236"/>
    <w:rsid w:val="001E2154"/>
    <w:rsid w:val="001E223C"/>
    <w:rsid w:val="001E371C"/>
    <w:rsid w:val="001E3BF8"/>
    <w:rsid w:val="001E41A4"/>
    <w:rsid w:val="001E4A2F"/>
    <w:rsid w:val="001E4F12"/>
    <w:rsid w:val="001E500B"/>
    <w:rsid w:val="001E5462"/>
    <w:rsid w:val="001F014E"/>
    <w:rsid w:val="001F08CC"/>
    <w:rsid w:val="001F0B10"/>
    <w:rsid w:val="001F0BC7"/>
    <w:rsid w:val="001F25E9"/>
    <w:rsid w:val="001F34F0"/>
    <w:rsid w:val="001F3792"/>
    <w:rsid w:val="001F7F95"/>
    <w:rsid w:val="0020081F"/>
    <w:rsid w:val="002011DC"/>
    <w:rsid w:val="00201415"/>
    <w:rsid w:val="0020190D"/>
    <w:rsid w:val="00201996"/>
    <w:rsid w:val="0020201A"/>
    <w:rsid w:val="00202670"/>
    <w:rsid w:val="00202DC3"/>
    <w:rsid w:val="00204312"/>
    <w:rsid w:val="00204342"/>
    <w:rsid w:val="00204726"/>
    <w:rsid w:val="002048CB"/>
    <w:rsid w:val="0021228B"/>
    <w:rsid w:val="00212579"/>
    <w:rsid w:val="00212804"/>
    <w:rsid w:val="0021321E"/>
    <w:rsid w:val="00213DF0"/>
    <w:rsid w:val="00214CB7"/>
    <w:rsid w:val="00215C95"/>
    <w:rsid w:val="00216266"/>
    <w:rsid w:val="0021639D"/>
    <w:rsid w:val="002165F9"/>
    <w:rsid w:val="002207E2"/>
    <w:rsid w:val="002208F0"/>
    <w:rsid w:val="00220A8D"/>
    <w:rsid w:val="0022120C"/>
    <w:rsid w:val="002227A6"/>
    <w:rsid w:val="0022316F"/>
    <w:rsid w:val="0022363D"/>
    <w:rsid w:val="0022402B"/>
    <w:rsid w:val="00224E70"/>
    <w:rsid w:val="00226462"/>
    <w:rsid w:val="002266BD"/>
    <w:rsid w:val="002273F4"/>
    <w:rsid w:val="00227D2D"/>
    <w:rsid w:val="00227FD1"/>
    <w:rsid w:val="00230102"/>
    <w:rsid w:val="0023127A"/>
    <w:rsid w:val="00231741"/>
    <w:rsid w:val="00231DF5"/>
    <w:rsid w:val="00233719"/>
    <w:rsid w:val="0023384D"/>
    <w:rsid w:val="00234731"/>
    <w:rsid w:val="00234CDE"/>
    <w:rsid w:val="00234E17"/>
    <w:rsid w:val="00235784"/>
    <w:rsid w:val="002362DD"/>
    <w:rsid w:val="0023683B"/>
    <w:rsid w:val="00236E68"/>
    <w:rsid w:val="002370F8"/>
    <w:rsid w:val="0023773C"/>
    <w:rsid w:val="002425A1"/>
    <w:rsid w:val="00243160"/>
    <w:rsid w:val="002434E2"/>
    <w:rsid w:val="00243527"/>
    <w:rsid w:val="00243FB2"/>
    <w:rsid w:val="0024561C"/>
    <w:rsid w:val="00246D81"/>
    <w:rsid w:val="00250691"/>
    <w:rsid w:val="00250A69"/>
    <w:rsid w:val="00250C37"/>
    <w:rsid w:val="00251C07"/>
    <w:rsid w:val="00254632"/>
    <w:rsid w:val="00254CAA"/>
    <w:rsid w:val="00255D6E"/>
    <w:rsid w:val="00256EFA"/>
    <w:rsid w:val="00257321"/>
    <w:rsid w:val="00257723"/>
    <w:rsid w:val="002611BC"/>
    <w:rsid w:val="00261FA9"/>
    <w:rsid w:val="0026207D"/>
    <w:rsid w:val="00262228"/>
    <w:rsid w:val="00263161"/>
    <w:rsid w:val="00263B6F"/>
    <w:rsid w:val="00265428"/>
    <w:rsid w:val="002665FC"/>
    <w:rsid w:val="002676D4"/>
    <w:rsid w:val="00267892"/>
    <w:rsid w:val="00267C8E"/>
    <w:rsid w:val="00270230"/>
    <w:rsid w:val="00271453"/>
    <w:rsid w:val="002721D0"/>
    <w:rsid w:val="00272679"/>
    <w:rsid w:val="0027391A"/>
    <w:rsid w:val="00273A09"/>
    <w:rsid w:val="0027515A"/>
    <w:rsid w:val="002758B6"/>
    <w:rsid w:val="00275ADD"/>
    <w:rsid w:val="00276850"/>
    <w:rsid w:val="00277613"/>
    <w:rsid w:val="00277705"/>
    <w:rsid w:val="00281A94"/>
    <w:rsid w:val="0028271A"/>
    <w:rsid w:val="0028513E"/>
    <w:rsid w:val="00285F83"/>
    <w:rsid w:val="00287018"/>
    <w:rsid w:val="00287F1E"/>
    <w:rsid w:val="00290858"/>
    <w:rsid w:val="00290879"/>
    <w:rsid w:val="0029163C"/>
    <w:rsid w:val="002926CA"/>
    <w:rsid w:val="00293A7A"/>
    <w:rsid w:val="00293C81"/>
    <w:rsid w:val="002965B5"/>
    <w:rsid w:val="002971EF"/>
    <w:rsid w:val="00297AAA"/>
    <w:rsid w:val="002A0DFB"/>
    <w:rsid w:val="002A3102"/>
    <w:rsid w:val="002A3590"/>
    <w:rsid w:val="002A3EAB"/>
    <w:rsid w:val="002A3F01"/>
    <w:rsid w:val="002A476B"/>
    <w:rsid w:val="002A5E71"/>
    <w:rsid w:val="002A662D"/>
    <w:rsid w:val="002A67C8"/>
    <w:rsid w:val="002A6F1C"/>
    <w:rsid w:val="002A7BC3"/>
    <w:rsid w:val="002A7F27"/>
    <w:rsid w:val="002B0715"/>
    <w:rsid w:val="002B14E7"/>
    <w:rsid w:val="002B3176"/>
    <w:rsid w:val="002B55BB"/>
    <w:rsid w:val="002B5D4B"/>
    <w:rsid w:val="002B6481"/>
    <w:rsid w:val="002B662B"/>
    <w:rsid w:val="002B77E5"/>
    <w:rsid w:val="002C000F"/>
    <w:rsid w:val="002C1208"/>
    <w:rsid w:val="002C2041"/>
    <w:rsid w:val="002C280A"/>
    <w:rsid w:val="002C3D6E"/>
    <w:rsid w:val="002C45C4"/>
    <w:rsid w:val="002C5E22"/>
    <w:rsid w:val="002C6115"/>
    <w:rsid w:val="002C6FD8"/>
    <w:rsid w:val="002C75E4"/>
    <w:rsid w:val="002D1C69"/>
    <w:rsid w:val="002D2F0A"/>
    <w:rsid w:val="002D3581"/>
    <w:rsid w:val="002D4575"/>
    <w:rsid w:val="002D6CC0"/>
    <w:rsid w:val="002D6F22"/>
    <w:rsid w:val="002D7A25"/>
    <w:rsid w:val="002D7A37"/>
    <w:rsid w:val="002E1617"/>
    <w:rsid w:val="002E1968"/>
    <w:rsid w:val="002E1B75"/>
    <w:rsid w:val="002E333E"/>
    <w:rsid w:val="002E373E"/>
    <w:rsid w:val="002E4920"/>
    <w:rsid w:val="002E4C15"/>
    <w:rsid w:val="002E5C2B"/>
    <w:rsid w:val="002E62AE"/>
    <w:rsid w:val="002E62AF"/>
    <w:rsid w:val="002E6C0A"/>
    <w:rsid w:val="002E6E46"/>
    <w:rsid w:val="002E6FF5"/>
    <w:rsid w:val="002E7049"/>
    <w:rsid w:val="002E714B"/>
    <w:rsid w:val="002F004C"/>
    <w:rsid w:val="002F060C"/>
    <w:rsid w:val="002F0E0C"/>
    <w:rsid w:val="002F254D"/>
    <w:rsid w:val="002F2E73"/>
    <w:rsid w:val="002F32D8"/>
    <w:rsid w:val="002F3A95"/>
    <w:rsid w:val="002F4017"/>
    <w:rsid w:val="002F5D73"/>
    <w:rsid w:val="002F669C"/>
    <w:rsid w:val="002F689A"/>
    <w:rsid w:val="002F69E5"/>
    <w:rsid w:val="00302885"/>
    <w:rsid w:val="00303D44"/>
    <w:rsid w:val="00304705"/>
    <w:rsid w:val="00305014"/>
    <w:rsid w:val="003052E7"/>
    <w:rsid w:val="00305423"/>
    <w:rsid w:val="00305C5D"/>
    <w:rsid w:val="00305CDA"/>
    <w:rsid w:val="003070CB"/>
    <w:rsid w:val="00307852"/>
    <w:rsid w:val="00311146"/>
    <w:rsid w:val="0031172F"/>
    <w:rsid w:val="0031217A"/>
    <w:rsid w:val="00312215"/>
    <w:rsid w:val="003137BA"/>
    <w:rsid w:val="00313DC5"/>
    <w:rsid w:val="003145A0"/>
    <w:rsid w:val="00315073"/>
    <w:rsid w:val="00317A13"/>
    <w:rsid w:val="00317C7F"/>
    <w:rsid w:val="00320BCA"/>
    <w:rsid w:val="003217AA"/>
    <w:rsid w:val="003217E4"/>
    <w:rsid w:val="00324686"/>
    <w:rsid w:val="00324A1C"/>
    <w:rsid w:val="00325EA5"/>
    <w:rsid w:val="003268F6"/>
    <w:rsid w:val="00330899"/>
    <w:rsid w:val="0033217C"/>
    <w:rsid w:val="003322E6"/>
    <w:rsid w:val="00332DFC"/>
    <w:rsid w:val="003333CB"/>
    <w:rsid w:val="00334313"/>
    <w:rsid w:val="00335CED"/>
    <w:rsid w:val="003363AC"/>
    <w:rsid w:val="00336F27"/>
    <w:rsid w:val="0033719D"/>
    <w:rsid w:val="003371E8"/>
    <w:rsid w:val="003400F4"/>
    <w:rsid w:val="0034057C"/>
    <w:rsid w:val="0034063A"/>
    <w:rsid w:val="00340E6D"/>
    <w:rsid w:val="00342231"/>
    <w:rsid w:val="00342A2F"/>
    <w:rsid w:val="00343268"/>
    <w:rsid w:val="003444B7"/>
    <w:rsid w:val="003445A7"/>
    <w:rsid w:val="00345126"/>
    <w:rsid w:val="0034555B"/>
    <w:rsid w:val="00345758"/>
    <w:rsid w:val="00345803"/>
    <w:rsid w:val="00350A3E"/>
    <w:rsid w:val="00350E50"/>
    <w:rsid w:val="003520D3"/>
    <w:rsid w:val="0035274D"/>
    <w:rsid w:val="00352C8E"/>
    <w:rsid w:val="00353E12"/>
    <w:rsid w:val="003540B3"/>
    <w:rsid w:val="00354837"/>
    <w:rsid w:val="003560E5"/>
    <w:rsid w:val="00356D15"/>
    <w:rsid w:val="003575C3"/>
    <w:rsid w:val="00357E86"/>
    <w:rsid w:val="003604BB"/>
    <w:rsid w:val="0036090F"/>
    <w:rsid w:val="00361162"/>
    <w:rsid w:val="0036413F"/>
    <w:rsid w:val="00364F25"/>
    <w:rsid w:val="00366FF8"/>
    <w:rsid w:val="00370681"/>
    <w:rsid w:val="0037128F"/>
    <w:rsid w:val="003724BA"/>
    <w:rsid w:val="003727D8"/>
    <w:rsid w:val="00372E9E"/>
    <w:rsid w:val="003750A4"/>
    <w:rsid w:val="00375515"/>
    <w:rsid w:val="00375E3F"/>
    <w:rsid w:val="003764DE"/>
    <w:rsid w:val="0037737A"/>
    <w:rsid w:val="0037775A"/>
    <w:rsid w:val="00381C53"/>
    <w:rsid w:val="00383AB3"/>
    <w:rsid w:val="00383FE9"/>
    <w:rsid w:val="00384237"/>
    <w:rsid w:val="0038509A"/>
    <w:rsid w:val="00385E7E"/>
    <w:rsid w:val="00386154"/>
    <w:rsid w:val="00386178"/>
    <w:rsid w:val="00386A0C"/>
    <w:rsid w:val="00386A19"/>
    <w:rsid w:val="00386C82"/>
    <w:rsid w:val="00387126"/>
    <w:rsid w:val="003902F1"/>
    <w:rsid w:val="00391E87"/>
    <w:rsid w:val="00393495"/>
    <w:rsid w:val="003934E4"/>
    <w:rsid w:val="00394C99"/>
    <w:rsid w:val="00395335"/>
    <w:rsid w:val="0039543D"/>
    <w:rsid w:val="00395483"/>
    <w:rsid w:val="00395568"/>
    <w:rsid w:val="003963E2"/>
    <w:rsid w:val="003969E2"/>
    <w:rsid w:val="00397FF3"/>
    <w:rsid w:val="003A2F59"/>
    <w:rsid w:val="003A44DD"/>
    <w:rsid w:val="003A4EAE"/>
    <w:rsid w:val="003A614D"/>
    <w:rsid w:val="003A772C"/>
    <w:rsid w:val="003A7B90"/>
    <w:rsid w:val="003B01D0"/>
    <w:rsid w:val="003B0E57"/>
    <w:rsid w:val="003B0E96"/>
    <w:rsid w:val="003B20A3"/>
    <w:rsid w:val="003B3EE9"/>
    <w:rsid w:val="003B4AE4"/>
    <w:rsid w:val="003B5C7D"/>
    <w:rsid w:val="003B695C"/>
    <w:rsid w:val="003B69D5"/>
    <w:rsid w:val="003B7E15"/>
    <w:rsid w:val="003C00E4"/>
    <w:rsid w:val="003C2DC7"/>
    <w:rsid w:val="003C3044"/>
    <w:rsid w:val="003C4FAA"/>
    <w:rsid w:val="003C5408"/>
    <w:rsid w:val="003C5949"/>
    <w:rsid w:val="003C6793"/>
    <w:rsid w:val="003C72C9"/>
    <w:rsid w:val="003C74D9"/>
    <w:rsid w:val="003D0478"/>
    <w:rsid w:val="003D0BDE"/>
    <w:rsid w:val="003D0D7C"/>
    <w:rsid w:val="003D13E9"/>
    <w:rsid w:val="003D1A7C"/>
    <w:rsid w:val="003D2FAC"/>
    <w:rsid w:val="003D32EF"/>
    <w:rsid w:val="003D3790"/>
    <w:rsid w:val="003D3C16"/>
    <w:rsid w:val="003D3DA8"/>
    <w:rsid w:val="003D3ECF"/>
    <w:rsid w:val="003D497E"/>
    <w:rsid w:val="003D5A9A"/>
    <w:rsid w:val="003D5DEF"/>
    <w:rsid w:val="003D79D6"/>
    <w:rsid w:val="003D7DC7"/>
    <w:rsid w:val="003E084C"/>
    <w:rsid w:val="003E0FCF"/>
    <w:rsid w:val="003E2A2E"/>
    <w:rsid w:val="003E2AE1"/>
    <w:rsid w:val="003E4537"/>
    <w:rsid w:val="003E4CC0"/>
    <w:rsid w:val="003E5319"/>
    <w:rsid w:val="003E76CC"/>
    <w:rsid w:val="003E7BBD"/>
    <w:rsid w:val="003E7ED1"/>
    <w:rsid w:val="003F040B"/>
    <w:rsid w:val="003F11AD"/>
    <w:rsid w:val="003F1EC6"/>
    <w:rsid w:val="003F275C"/>
    <w:rsid w:val="003F2A36"/>
    <w:rsid w:val="003F3450"/>
    <w:rsid w:val="003F4843"/>
    <w:rsid w:val="003F4990"/>
    <w:rsid w:val="003F7051"/>
    <w:rsid w:val="00400223"/>
    <w:rsid w:val="00400B24"/>
    <w:rsid w:val="00400C51"/>
    <w:rsid w:val="00401211"/>
    <w:rsid w:val="0040141F"/>
    <w:rsid w:val="00401586"/>
    <w:rsid w:val="00402176"/>
    <w:rsid w:val="00403080"/>
    <w:rsid w:val="00403247"/>
    <w:rsid w:val="0040329C"/>
    <w:rsid w:val="00403D07"/>
    <w:rsid w:val="00404659"/>
    <w:rsid w:val="00406CE7"/>
    <w:rsid w:val="00406F33"/>
    <w:rsid w:val="00411A61"/>
    <w:rsid w:val="00411B4C"/>
    <w:rsid w:val="00412E3F"/>
    <w:rsid w:val="00412ED4"/>
    <w:rsid w:val="00413686"/>
    <w:rsid w:val="00413F2C"/>
    <w:rsid w:val="004149AA"/>
    <w:rsid w:val="00414ABA"/>
    <w:rsid w:val="0041666A"/>
    <w:rsid w:val="00416A9C"/>
    <w:rsid w:val="00416E2F"/>
    <w:rsid w:val="004178DA"/>
    <w:rsid w:val="00417A8A"/>
    <w:rsid w:val="004202C1"/>
    <w:rsid w:val="004207EB"/>
    <w:rsid w:val="00420CDA"/>
    <w:rsid w:val="00421192"/>
    <w:rsid w:val="004229AC"/>
    <w:rsid w:val="00423406"/>
    <w:rsid w:val="00423475"/>
    <w:rsid w:val="004238FC"/>
    <w:rsid w:val="00423911"/>
    <w:rsid w:val="004243CE"/>
    <w:rsid w:val="004261F8"/>
    <w:rsid w:val="0042623B"/>
    <w:rsid w:val="004266DF"/>
    <w:rsid w:val="00426FFA"/>
    <w:rsid w:val="00427165"/>
    <w:rsid w:val="00427E09"/>
    <w:rsid w:val="00430B0F"/>
    <w:rsid w:val="00430DF8"/>
    <w:rsid w:val="00431312"/>
    <w:rsid w:val="00431486"/>
    <w:rsid w:val="00431F1D"/>
    <w:rsid w:val="00432293"/>
    <w:rsid w:val="00432D73"/>
    <w:rsid w:val="0043427E"/>
    <w:rsid w:val="00434441"/>
    <w:rsid w:val="00434684"/>
    <w:rsid w:val="00434D35"/>
    <w:rsid w:val="00437CB5"/>
    <w:rsid w:val="004406ED"/>
    <w:rsid w:val="00440E3C"/>
    <w:rsid w:val="004412E9"/>
    <w:rsid w:val="0044168C"/>
    <w:rsid w:val="00442344"/>
    <w:rsid w:val="00442DD6"/>
    <w:rsid w:val="00442E8C"/>
    <w:rsid w:val="00443DE2"/>
    <w:rsid w:val="00444CDE"/>
    <w:rsid w:val="004466D9"/>
    <w:rsid w:val="004468BF"/>
    <w:rsid w:val="00446B65"/>
    <w:rsid w:val="004514E7"/>
    <w:rsid w:val="004520AF"/>
    <w:rsid w:val="00452EE5"/>
    <w:rsid w:val="00453450"/>
    <w:rsid w:val="00453B6B"/>
    <w:rsid w:val="00455A7F"/>
    <w:rsid w:val="00456307"/>
    <w:rsid w:val="00460F03"/>
    <w:rsid w:val="00460FA9"/>
    <w:rsid w:val="00461322"/>
    <w:rsid w:val="00461372"/>
    <w:rsid w:val="004618A8"/>
    <w:rsid w:val="00462F2E"/>
    <w:rsid w:val="0046313A"/>
    <w:rsid w:val="004631DE"/>
    <w:rsid w:val="0046450A"/>
    <w:rsid w:val="004652EE"/>
    <w:rsid w:val="00467799"/>
    <w:rsid w:val="004677A1"/>
    <w:rsid w:val="00470D6F"/>
    <w:rsid w:val="0047375A"/>
    <w:rsid w:val="00473E53"/>
    <w:rsid w:val="004740CD"/>
    <w:rsid w:val="00474361"/>
    <w:rsid w:val="00474EBD"/>
    <w:rsid w:val="004752E8"/>
    <w:rsid w:val="00475A40"/>
    <w:rsid w:val="00475C32"/>
    <w:rsid w:val="0047608C"/>
    <w:rsid w:val="00476DE0"/>
    <w:rsid w:val="0047794A"/>
    <w:rsid w:val="00477A37"/>
    <w:rsid w:val="00477D82"/>
    <w:rsid w:val="004818E8"/>
    <w:rsid w:val="00483384"/>
    <w:rsid w:val="00483768"/>
    <w:rsid w:val="00483B0D"/>
    <w:rsid w:val="00483F76"/>
    <w:rsid w:val="00484EC8"/>
    <w:rsid w:val="00484F55"/>
    <w:rsid w:val="00485CED"/>
    <w:rsid w:val="00487041"/>
    <w:rsid w:val="004870C4"/>
    <w:rsid w:val="0049083A"/>
    <w:rsid w:val="0049170C"/>
    <w:rsid w:val="004929CF"/>
    <w:rsid w:val="0049594A"/>
    <w:rsid w:val="00495961"/>
    <w:rsid w:val="00495C8E"/>
    <w:rsid w:val="00497935"/>
    <w:rsid w:val="004A091A"/>
    <w:rsid w:val="004A0C2B"/>
    <w:rsid w:val="004A0FA3"/>
    <w:rsid w:val="004A0FB0"/>
    <w:rsid w:val="004A11FF"/>
    <w:rsid w:val="004A136C"/>
    <w:rsid w:val="004A1F89"/>
    <w:rsid w:val="004A361C"/>
    <w:rsid w:val="004A50ED"/>
    <w:rsid w:val="004A56A4"/>
    <w:rsid w:val="004A5C5A"/>
    <w:rsid w:val="004A6588"/>
    <w:rsid w:val="004A686B"/>
    <w:rsid w:val="004A7B5E"/>
    <w:rsid w:val="004B238A"/>
    <w:rsid w:val="004B2401"/>
    <w:rsid w:val="004B29C3"/>
    <w:rsid w:val="004B2AE1"/>
    <w:rsid w:val="004B2FDB"/>
    <w:rsid w:val="004B34E3"/>
    <w:rsid w:val="004B4142"/>
    <w:rsid w:val="004B462C"/>
    <w:rsid w:val="004B5119"/>
    <w:rsid w:val="004B5426"/>
    <w:rsid w:val="004B583F"/>
    <w:rsid w:val="004B660A"/>
    <w:rsid w:val="004B7602"/>
    <w:rsid w:val="004B7962"/>
    <w:rsid w:val="004C00F8"/>
    <w:rsid w:val="004C1419"/>
    <w:rsid w:val="004C1C31"/>
    <w:rsid w:val="004C1DCD"/>
    <w:rsid w:val="004C1E74"/>
    <w:rsid w:val="004C1F3A"/>
    <w:rsid w:val="004C2423"/>
    <w:rsid w:val="004C339F"/>
    <w:rsid w:val="004C35B0"/>
    <w:rsid w:val="004C372F"/>
    <w:rsid w:val="004C39DD"/>
    <w:rsid w:val="004C5CC3"/>
    <w:rsid w:val="004C62E5"/>
    <w:rsid w:val="004C6474"/>
    <w:rsid w:val="004C6733"/>
    <w:rsid w:val="004C6E7C"/>
    <w:rsid w:val="004D13D7"/>
    <w:rsid w:val="004D14FB"/>
    <w:rsid w:val="004D4471"/>
    <w:rsid w:val="004D45A5"/>
    <w:rsid w:val="004D4703"/>
    <w:rsid w:val="004D47C1"/>
    <w:rsid w:val="004D4891"/>
    <w:rsid w:val="004D4F7F"/>
    <w:rsid w:val="004D632C"/>
    <w:rsid w:val="004D6F3D"/>
    <w:rsid w:val="004E0191"/>
    <w:rsid w:val="004E13B5"/>
    <w:rsid w:val="004E1D00"/>
    <w:rsid w:val="004E25F9"/>
    <w:rsid w:val="004E2C3B"/>
    <w:rsid w:val="004E356B"/>
    <w:rsid w:val="004E3A5A"/>
    <w:rsid w:val="004E45FF"/>
    <w:rsid w:val="004E504B"/>
    <w:rsid w:val="004E6C76"/>
    <w:rsid w:val="004E6DD8"/>
    <w:rsid w:val="004E6E3B"/>
    <w:rsid w:val="004E7263"/>
    <w:rsid w:val="004F014E"/>
    <w:rsid w:val="004F0552"/>
    <w:rsid w:val="004F14D1"/>
    <w:rsid w:val="004F18E4"/>
    <w:rsid w:val="004F20F5"/>
    <w:rsid w:val="004F2B49"/>
    <w:rsid w:val="004F2C3F"/>
    <w:rsid w:val="004F4613"/>
    <w:rsid w:val="004F4C06"/>
    <w:rsid w:val="004F4DD4"/>
    <w:rsid w:val="004F5028"/>
    <w:rsid w:val="004F678A"/>
    <w:rsid w:val="004F70D3"/>
    <w:rsid w:val="004F75E2"/>
    <w:rsid w:val="00500AE0"/>
    <w:rsid w:val="0050110B"/>
    <w:rsid w:val="005033FD"/>
    <w:rsid w:val="005044ED"/>
    <w:rsid w:val="00504511"/>
    <w:rsid w:val="00504A73"/>
    <w:rsid w:val="0050637F"/>
    <w:rsid w:val="00506CCB"/>
    <w:rsid w:val="00506E02"/>
    <w:rsid w:val="00507871"/>
    <w:rsid w:val="00507D07"/>
    <w:rsid w:val="00507D79"/>
    <w:rsid w:val="0051080A"/>
    <w:rsid w:val="005113A3"/>
    <w:rsid w:val="00511FCA"/>
    <w:rsid w:val="0051206B"/>
    <w:rsid w:val="0051226E"/>
    <w:rsid w:val="0051346F"/>
    <w:rsid w:val="00513535"/>
    <w:rsid w:val="00513E03"/>
    <w:rsid w:val="00516CC9"/>
    <w:rsid w:val="00517713"/>
    <w:rsid w:val="00517C1B"/>
    <w:rsid w:val="00517C77"/>
    <w:rsid w:val="00521B79"/>
    <w:rsid w:val="00521CBF"/>
    <w:rsid w:val="0052284D"/>
    <w:rsid w:val="005228A4"/>
    <w:rsid w:val="005228F0"/>
    <w:rsid w:val="00525BF8"/>
    <w:rsid w:val="00526240"/>
    <w:rsid w:val="00527368"/>
    <w:rsid w:val="00527629"/>
    <w:rsid w:val="005279DB"/>
    <w:rsid w:val="00527EEF"/>
    <w:rsid w:val="005312A3"/>
    <w:rsid w:val="00531A0D"/>
    <w:rsid w:val="00531B3F"/>
    <w:rsid w:val="00531D5A"/>
    <w:rsid w:val="00532737"/>
    <w:rsid w:val="00535648"/>
    <w:rsid w:val="0053594A"/>
    <w:rsid w:val="00535D04"/>
    <w:rsid w:val="00535D93"/>
    <w:rsid w:val="005367F5"/>
    <w:rsid w:val="00536968"/>
    <w:rsid w:val="005373F7"/>
    <w:rsid w:val="00537651"/>
    <w:rsid w:val="0053791A"/>
    <w:rsid w:val="005379BF"/>
    <w:rsid w:val="0054026A"/>
    <w:rsid w:val="0054078E"/>
    <w:rsid w:val="005415D5"/>
    <w:rsid w:val="00541F9F"/>
    <w:rsid w:val="005426B4"/>
    <w:rsid w:val="00542BF8"/>
    <w:rsid w:val="0054345B"/>
    <w:rsid w:val="0054392B"/>
    <w:rsid w:val="00544076"/>
    <w:rsid w:val="0054418D"/>
    <w:rsid w:val="00544E3A"/>
    <w:rsid w:val="00544F25"/>
    <w:rsid w:val="005456B5"/>
    <w:rsid w:val="00550015"/>
    <w:rsid w:val="00550CC3"/>
    <w:rsid w:val="005515AA"/>
    <w:rsid w:val="005542CC"/>
    <w:rsid w:val="00556510"/>
    <w:rsid w:val="00556ACC"/>
    <w:rsid w:val="0055735C"/>
    <w:rsid w:val="00560687"/>
    <w:rsid w:val="00562DCA"/>
    <w:rsid w:val="00563CD3"/>
    <w:rsid w:val="00563DEA"/>
    <w:rsid w:val="005675B7"/>
    <w:rsid w:val="005700FC"/>
    <w:rsid w:val="005702BD"/>
    <w:rsid w:val="005704AC"/>
    <w:rsid w:val="0057059D"/>
    <w:rsid w:val="00571D2B"/>
    <w:rsid w:val="00572307"/>
    <w:rsid w:val="0057355A"/>
    <w:rsid w:val="00574280"/>
    <w:rsid w:val="00574CE9"/>
    <w:rsid w:val="00575AAF"/>
    <w:rsid w:val="00576B9D"/>
    <w:rsid w:val="0057719C"/>
    <w:rsid w:val="00577262"/>
    <w:rsid w:val="00580955"/>
    <w:rsid w:val="00580EE4"/>
    <w:rsid w:val="00580F71"/>
    <w:rsid w:val="00582173"/>
    <w:rsid w:val="00583B6B"/>
    <w:rsid w:val="00583BDD"/>
    <w:rsid w:val="00584BA8"/>
    <w:rsid w:val="00584C3F"/>
    <w:rsid w:val="00584F84"/>
    <w:rsid w:val="00585A67"/>
    <w:rsid w:val="00585FFD"/>
    <w:rsid w:val="005866AE"/>
    <w:rsid w:val="00587E5F"/>
    <w:rsid w:val="005904CE"/>
    <w:rsid w:val="00590C8C"/>
    <w:rsid w:val="00591F12"/>
    <w:rsid w:val="00592583"/>
    <w:rsid w:val="0059276B"/>
    <w:rsid w:val="00592820"/>
    <w:rsid w:val="00595840"/>
    <w:rsid w:val="00596571"/>
    <w:rsid w:val="00596C04"/>
    <w:rsid w:val="0059778F"/>
    <w:rsid w:val="00597CEF"/>
    <w:rsid w:val="005A07B8"/>
    <w:rsid w:val="005A0F43"/>
    <w:rsid w:val="005A25D4"/>
    <w:rsid w:val="005A37E4"/>
    <w:rsid w:val="005A39A7"/>
    <w:rsid w:val="005A3A66"/>
    <w:rsid w:val="005A4457"/>
    <w:rsid w:val="005A583D"/>
    <w:rsid w:val="005A73C0"/>
    <w:rsid w:val="005B054C"/>
    <w:rsid w:val="005B0F63"/>
    <w:rsid w:val="005B2404"/>
    <w:rsid w:val="005B31AB"/>
    <w:rsid w:val="005B3984"/>
    <w:rsid w:val="005B4CB0"/>
    <w:rsid w:val="005B4DA2"/>
    <w:rsid w:val="005B5B15"/>
    <w:rsid w:val="005B73F7"/>
    <w:rsid w:val="005B7FFC"/>
    <w:rsid w:val="005C04B3"/>
    <w:rsid w:val="005C1FAC"/>
    <w:rsid w:val="005C20AF"/>
    <w:rsid w:val="005C35D8"/>
    <w:rsid w:val="005C37BF"/>
    <w:rsid w:val="005C37E7"/>
    <w:rsid w:val="005C484B"/>
    <w:rsid w:val="005C4873"/>
    <w:rsid w:val="005C4A45"/>
    <w:rsid w:val="005C5682"/>
    <w:rsid w:val="005C796E"/>
    <w:rsid w:val="005D05BA"/>
    <w:rsid w:val="005D0A52"/>
    <w:rsid w:val="005D257D"/>
    <w:rsid w:val="005D27E8"/>
    <w:rsid w:val="005D289E"/>
    <w:rsid w:val="005D3735"/>
    <w:rsid w:val="005D4CFF"/>
    <w:rsid w:val="005D539A"/>
    <w:rsid w:val="005D57BB"/>
    <w:rsid w:val="005D5DB9"/>
    <w:rsid w:val="005D7780"/>
    <w:rsid w:val="005D7E6E"/>
    <w:rsid w:val="005E0012"/>
    <w:rsid w:val="005E005D"/>
    <w:rsid w:val="005E0D64"/>
    <w:rsid w:val="005E0DB1"/>
    <w:rsid w:val="005E1701"/>
    <w:rsid w:val="005E2B27"/>
    <w:rsid w:val="005E4235"/>
    <w:rsid w:val="005E50B3"/>
    <w:rsid w:val="005E5361"/>
    <w:rsid w:val="005E62E2"/>
    <w:rsid w:val="005E6780"/>
    <w:rsid w:val="005E69B9"/>
    <w:rsid w:val="005F01D8"/>
    <w:rsid w:val="005F09D8"/>
    <w:rsid w:val="005F11CE"/>
    <w:rsid w:val="005F12B0"/>
    <w:rsid w:val="005F2BE2"/>
    <w:rsid w:val="005F3A0A"/>
    <w:rsid w:val="005F3B33"/>
    <w:rsid w:val="005F3CC7"/>
    <w:rsid w:val="005F45BD"/>
    <w:rsid w:val="005F4D10"/>
    <w:rsid w:val="005F602B"/>
    <w:rsid w:val="005F68B5"/>
    <w:rsid w:val="005F697A"/>
    <w:rsid w:val="00600DA9"/>
    <w:rsid w:val="00601004"/>
    <w:rsid w:val="00601CCA"/>
    <w:rsid w:val="00603844"/>
    <w:rsid w:val="00603B5E"/>
    <w:rsid w:val="0060609D"/>
    <w:rsid w:val="00606139"/>
    <w:rsid w:val="006064AF"/>
    <w:rsid w:val="006073A8"/>
    <w:rsid w:val="006074D8"/>
    <w:rsid w:val="00607DAF"/>
    <w:rsid w:val="00607EFA"/>
    <w:rsid w:val="0061085F"/>
    <w:rsid w:val="00610ED7"/>
    <w:rsid w:val="00611016"/>
    <w:rsid w:val="00612DEC"/>
    <w:rsid w:val="006136A6"/>
    <w:rsid w:val="00613B0F"/>
    <w:rsid w:val="0061453C"/>
    <w:rsid w:val="00615632"/>
    <w:rsid w:val="00616559"/>
    <w:rsid w:val="00616755"/>
    <w:rsid w:val="00616BA0"/>
    <w:rsid w:val="00617282"/>
    <w:rsid w:val="006204A3"/>
    <w:rsid w:val="00620ED1"/>
    <w:rsid w:val="00621114"/>
    <w:rsid w:val="00621F65"/>
    <w:rsid w:val="00622C33"/>
    <w:rsid w:val="00622FD6"/>
    <w:rsid w:val="00623094"/>
    <w:rsid w:val="00624E66"/>
    <w:rsid w:val="006261BA"/>
    <w:rsid w:val="006269EB"/>
    <w:rsid w:val="00630533"/>
    <w:rsid w:val="00630E51"/>
    <w:rsid w:val="006310DE"/>
    <w:rsid w:val="006313A3"/>
    <w:rsid w:val="006313E4"/>
    <w:rsid w:val="006314E3"/>
    <w:rsid w:val="00631CB3"/>
    <w:rsid w:val="006324D4"/>
    <w:rsid w:val="0063264C"/>
    <w:rsid w:val="006327FF"/>
    <w:rsid w:val="0063357F"/>
    <w:rsid w:val="00633993"/>
    <w:rsid w:val="00634C07"/>
    <w:rsid w:val="00634FBB"/>
    <w:rsid w:val="00636D3F"/>
    <w:rsid w:val="00637235"/>
    <w:rsid w:val="00640455"/>
    <w:rsid w:val="006413A7"/>
    <w:rsid w:val="00641F9D"/>
    <w:rsid w:val="00642690"/>
    <w:rsid w:val="00642ECF"/>
    <w:rsid w:val="00643B33"/>
    <w:rsid w:val="006444E0"/>
    <w:rsid w:val="0064556E"/>
    <w:rsid w:val="0064620F"/>
    <w:rsid w:val="0064628E"/>
    <w:rsid w:val="00646A66"/>
    <w:rsid w:val="00646CF9"/>
    <w:rsid w:val="006502C2"/>
    <w:rsid w:val="00650305"/>
    <w:rsid w:val="006506CA"/>
    <w:rsid w:val="00651536"/>
    <w:rsid w:val="0065184D"/>
    <w:rsid w:val="0065265D"/>
    <w:rsid w:val="00652E69"/>
    <w:rsid w:val="00653739"/>
    <w:rsid w:val="00654656"/>
    <w:rsid w:val="00654E0E"/>
    <w:rsid w:val="00654EBC"/>
    <w:rsid w:val="006552A5"/>
    <w:rsid w:val="006555BB"/>
    <w:rsid w:val="00655FE5"/>
    <w:rsid w:val="00660D4B"/>
    <w:rsid w:val="0066158B"/>
    <w:rsid w:val="0066348F"/>
    <w:rsid w:val="006642A7"/>
    <w:rsid w:val="00665426"/>
    <w:rsid w:val="0066589E"/>
    <w:rsid w:val="00665B57"/>
    <w:rsid w:val="00665FEC"/>
    <w:rsid w:val="00666886"/>
    <w:rsid w:val="006670B2"/>
    <w:rsid w:val="006679B4"/>
    <w:rsid w:val="00667C29"/>
    <w:rsid w:val="006706BC"/>
    <w:rsid w:val="006707D1"/>
    <w:rsid w:val="00672026"/>
    <w:rsid w:val="0067250E"/>
    <w:rsid w:val="00673845"/>
    <w:rsid w:val="006738D4"/>
    <w:rsid w:val="0067430C"/>
    <w:rsid w:val="00674ED4"/>
    <w:rsid w:val="00675A86"/>
    <w:rsid w:val="00675C1D"/>
    <w:rsid w:val="00675EDD"/>
    <w:rsid w:val="006762A0"/>
    <w:rsid w:val="006763DC"/>
    <w:rsid w:val="00676ABE"/>
    <w:rsid w:val="006779AC"/>
    <w:rsid w:val="00677ADA"/>
    <w:rsid w:val="00681170"/>
    <w:rsid w:val="006814C0"/>
    <w:rsid w:val="00681C62"/>
    <w:rsid w:val="006820CF"/>
    <w:rsid w:val="0068279D"/>
    <w:rsid w:val="00682A0E"/>
    <w:rsid w:val="006838EA"/>
    <w:rsid w:val="00683E7B"/>
    <w:rsid w:val="00684264"/>
    <w:rsid w:val="00684659"/>
    <w:rsid w:val="00685893"/>
    <w:rsid w:val="00686352"/>
    <w:rsid w:val="0068666F"/>
    <w:rsid w:val="00686BB5"/>
    <w:rsid w:val="00687012"/>
    <w:rsid w:val="006902B3"/>
    <w:rsid w:val="00690587"/>
    <w:rsid w:val="0069123A"/>
    <w:rsid w:val="00691F5F"/>
    <w:rsid w:val="006928C1"/>
    <w:rsid w:val="00692E1C"/>
    <w:rsid w:val="00693FF7"/>
    <w:rsid w:val="00694B94"/>
    <w:rsid w:val="006955D6"/>
    <w:rsid w:val="00696361"/>
    <w:rsid w:val="006963B1"/>
    <w:rsid w:val="00696D8B"/>
    <w:rsid w:val="006A236C"/>
    <w:rsid w:val="006A5660"/>
    <w:rsid w:val="006A748D"/>
    <w:rsid w:val="006A74A9"/>
    <w:rsid w:val="006A77C7"/>
    <w:rsid w:val="006A7A14"/>
    <w:rsid w:val="006B075F"/>
    <w:rsid w:val="006B24E7"/>
    <w:rsid w:val="006B3480"/>
    <w:rsid w:val="006B3C22"/>
    <w:rsid w:val="006B518A"/>
    <w:rsid w:val="006B52C0"/>
    <w:rsid w:val="006B6CC5"/>
    <w:rsid w:val="006B743A"/>
    <w:rsid w:val="006B770C"/>
    <w:rsid w:val="006C0F37"/>
    <w:rsid w:val="006C170E"/>
    <w:rsid w:val="006C4E69"/>
    <w:rsid w:val="006C5BA5"/>
    <w:rsid w:val="006C5F38"/>
    <w:rsid w:val="006C6E57"/>
    <w:rsid w:val="006C6FD8"/>
    <w:rsid w:val="006D0AEA"/>
    <w:rsid w:val="006D1006"/>
    <w:rsid w:val="006D1349"/>
    <w:rsid w:val="006D189A"/>
    <w:rsid w:val="006D196A"/>
    <w:rsid w:val="006D1A83"/>
    <w:rsid w:val="006D1C36"/>
    <w:rsid w:val="006D2240"/>
    <w:rsid w:val="006D25A5"/>
    <w:rsid w:val="006D2736"/>
    <w:rsid w:val="006D3066"/>
    <w:rsid w:val="006D34D4"/>
    <w:rsid w:val="006D5CDA"/>
    <w:rsid w:val="006D5FF9"/>
    <w:rsid w:val="006D61CC"/>
    <w:rsid w:val="006D6517"/>
    <w:rsid w:val="006D7F4D"/>
    <w:rsid w:val="006E0AE2"/>
    <w:rsid w:val="006E0B90"/>
    <w:rsid w:val="006E0CDF"/>
    <w:rsid w:val="006E0FFF"/>
    <w:rsid w:val="006E2158"/>
    <w:rsid w:val="006E2E93"/>
    <w:rsid w:val="006E306C"/>
    <w:rsid w:val="006E3ACA"/>
    <w:rsid w:val="006E4655"/>
    <w:rsid w:val="006E65A1"/>
    <w:rsid w:val="006E6D0C"/>
    <w:rsid w:val="006E7128"/>
    <w:rsid w:val="006F1660"/>
    <w:rsid w:val="006F1D3A"/>
    <w:rsid w:val="006F268C"/>
    <w:rsid w:val="006F30DD"/>
    <w:rsid w:val="006F3555"/>
    <w:rsid w:val="006F4923"/>
    <w:rsid w:val="0070009F"/>
    <w:rsid w:val="00701657"/>
    <w:rsid w:val="00701C11"/>
    <w:rsid w:val="00701C69"/>
    <w:rsid w:val="00702432"/>
    <w:rsid w:val="0070269E"/>
    <w:rsid w:val="00702BEC"/>
    <w:rsid w:val="007038E1"/>
    <w:rsid w:val="0070458C"/>
    <w:rsid w:val="007045F3"/>
    <w:rsid w:val="0070483C"/>
    <w:rsid w:val="007053FC"/>
    <w:rsid w:val="00705B95"/>
    <w:rsid w:val="007069D5"/>
    <w:rsid w:val="00706E31"/>
    <w:rsid w:val="007076D8"/>
    <w:rsid w:val="00710240"/>
    <w:rsid w:val="00710536"/>
    <w:rsid w:val="0071073D"/>
    <w:rsid w:val="00711144"/>
    <w:rsid w:val="00711307"/>
    <w:rsid w:val="00714852"/>
    <w:rsid w:val="00716326"/>
    <w:rsid w:val="00716559"/>
    <w:rsid w:val="00716F6D"/>
    <w:rsid w:val="007175A7"/>
    <w:rsid w:val="00717CFA"/>
    <w:rsid w:val="00720E8D"/>
    <w:rsid w:val="00720ED4"/>
    <w:rsid w:val="0072131F"/>
    <w:rsid w:val="00722D06"/>
    <w:rsid w:val="007240CD"/>
    <w:rsid w:val="00724EAA"/>
    <w:rsid w:val="0072686C"/>
    <w:rsid w:val="00727004"/>
    <w:rsid w:val="00727593"/>
    <w:rsid w:val="00727E93"/>
    <w:rsid w:val="00727F27"/>
    <w:rsid w:val="007307D1"/>
    <w:rsid w:val="00731E16"/>
    <w:rsid w:val="0073236A"/>
    <w:rsid w:val="00733230"/>
    <w:rsid w:val="00733428"/>
    <w:rsid w:val="00733674"/>
    <w:rsid w:val="0073373B"/>
    <w:rsid w:val="007339D9"/>
    <w:rsid w:val="00733A58"/>
    <w:rsid w:val="00733AF4"/>
    <w:rsid w:val="007375A7"/>
    <w:rsid w:val="00737689"/>
    <w:rsid w:val="0074024A"/>
    <w:rsid w:val="0074089E"/>
    <w:rsid w:val="00740EBF"/>
    <w:rsid w:val="007424F0"/>
    <w:rsid w:val="00742E6C"/>
    <w:rsid w:val="00743274"/>
    <w:rsid w:val="00743DB2"/>
    <w:rsid w:val="00743FEC"/>
    <w:rsid w:val="00744416"/>
    <w:rsid w:val="00744547"/>
    <w:rsid w:val="007459F0"/>
    <w:rsid w:val="007460BA"/>
    <w:rsid w:val="0074658A"/>
    <w:rsid w:val="00746611"/>
    <w:rsid w:val="0074679E"/>
    <w:rsid w:val="00747233"/>
    <w:rsid w:val="00750190"/>
    <w:rsid w:val="00751809"/>
    <w:rsid w:val="0075212D"/>
    <w:rsid w:val="00753C5C"/>
    <w:rsid w:val="007560A2"/>
    <w:rsid w:val="00756218"/>
    <w:rsid w:val="007564B3"/>
    <w:rsid w:val="00757564"/>
    <w:rsid w:val="00757624"/>
    <w:rsid w:val="00757A4A"/>
    <w:rsid w:val="00760081"/>
    <w:rsid w:val="00761E93"/>
    <w:rsid w:val="00761F66"/>
    <w:rsid w:val="00764049"/>
    <w:rsid w:val="007644DD"/>
    <w:rsid w:val="00764BE5"/>
    <w:rsid w:val="0076588E"/>
    <w:rsid w:val="00765F36"/>
    <w:rsid w:val="00770AA0"/>
    <w:rsid w:val="00770E26"/>
    <w:rsid w:val="00770F4D"/>
    <w:rsid w:val="007728BD"/>
    <w:rsid w:val="007739F3"/>
    <w:rsid w:val="0077413E"/>
    <w:rsid w:val="007745C6"/>
    <w:rsid w:val="0077703E"/>
    <w:rsid w:val="00780725"/>
    <w:rsid w:val="00780B9B"/>
    <w:rsid w:val="00781878"/>
    <w:rsid w:val="00781D65"/>
    <w:rsid w:val="00781E65"/>
    <w:rsid w:val="0078352B"/>
    <w:rsid w:val="00784411"/>
    <w:rsid w:val="00784FE1"/>
    <w:rsid w:val="007858E8"/>
    <w:rsid w:val="00786C97"/>
    <w:rsid w:val="007870E9"/>
    <w:rsid w:val="00787866"/>
    <w:rsid w:val="00787C03"/>
    <w:rsid w:val="00787EE7"/>
    <w:rsid w:val="007908D5"/>
    <w:rsid w:val="00791B48"/>
    <w:rsid w:val="00792832"/>
    <w:rsid w:val="0079584A"/>
    <w:rsid w:val="0079624B"/>
    <w:rsid w:val="00796931"/>
    <w:rsid w:val="0079786D"/>
    <w:rsid w:val="007A02EC"/>
    <w:rsid w:val="007A0A28"/>
    <w:rsid w:val="007A1513"/>
    <w:rsid w:val="007A26CA"/>
    <w:rsid w:val="007A3615"/>
    <w:rsid w:val="007A407C"/>
    <w:rsid w:val="007A4ABA"/>
    <w:rsid w:val="007A4C40"/>
    <w:rsid w:val="007A61D2"/>
    <w:rsid w:val="007A6957"/>
    <w:rsid w:val="007A785E"/>
    <w:rsid w:val="007B064D"/>
    <w:rsid w:val="007B0D79"/>
    <w:rsid w:val="007B1D9A"/>
    <w:rsid w:val="007B25EB"/>
    <w:rsid w:val="007B2F8F"/>
    <w:rsid w:val="007B3432"/>
    <w:rsid w:val="007B3750"/>
    <w:rsid w:val="007B4C64"/>
    <w:rsid w:val="007B53F2"/>
    <w:rsid w:val="007B569F"/>
    <w:rsid w:val="007B6DFB"/>
    <w:rsid w:val="007B6E06"/>
    <w:rsid w:val="007B7316"/>
    <w:rsid w:val="007B7BA6"/>
    <w:rsid w:val="007C0AAC"/>
    <w:rsid w:val="007C0CC0"/>
    <w:rsid w:val="007C13CA"/>
    <w:rsid w:val="007C14E0"/>
    <w:rsid w:val="007C23D4"/>
    <w:rsid w:val="007C2A8F"/>
    <w:rsid w:val="007C2B12"/>
    <w:rsid w:val="007C2FFE"/>
    <w:rsid w:val="007C390D"/>
    <w:rsid w:val="007C48C3"/>
    <w:rsid w:val="007C4D36"/>
    <w:rsid w:val="007C4F46"/>
    <w:rsid w:val="007C5359"/>
    <w:rsid w:val="007C78B4"/>
    <w:rsid w:val="007C7E6E"/>
    <w:rsid w:val="007D0D92"/>
    <w:rsid w:val="007D1F35"/>
    <w:rsid w:val="007D1F4A"/>
    <w:rsid w:val="007D2BE3"/>
    <w:rsid w:val="007D2EEE"/>
    <w:rsid w:val="007D3AE1"/>
    <w:rsid w:val="007D6258"/>
    <w:rsid w:val="007D6571"/>
    <w:rsid w:val="007D7345"/>
    <w:rsid w:val="007D7A44"/>
    <w:rsid w:val="007D7F78"/>
    <w:rsid w:val="007E0A2B"/>
    <w:rsid w:val="007E5EBF"/>
    <w:rsid w:val="007E6279"/>
    <w:rsid w:val="007E7B1E"/>
    <w:rsid w:val="007E7B50"/>
    <w:rsid w:val="007F04AF"/>
    <w:rsid w:val="007F0D48"/>
    <w:rsid w:val="007F133A"/>
    <w:rsid w:val="007F1394"/>
    <w:rsid w:val="007F17D8"/>
    <w:rsid w:val="007F1FA2"/>
    <w:rsid w:val="007F2160"/>
    <w:rsid w:val="007F2BB5"/>
    <w:rsid w:val="007F3ADD"/>
    <w:rsid w:val="007F588F"/>
    <w:rsid w:val="007F5894"/>
    <w:rsid w:val="007F5D1A"/>
    <w:rsid w:val="007F7570"/>
    <w:rsid w:val="007F7E4D"/>
    <w:rsid w:val="007F7EC0"/>
    <w:rsid w:val="00800456"/>
    <w:rsid w:val="008008B7"/>
    <w:rsid w:val="0080098B"/>
    <w:rsid w:val="00800D63"/>
    <w:rsid w:val="00801CE1"/>
    <w:rsid w:val="00802606"/>
    <w:rsid w:val="00802BAE"/>
    <w:rsid w:val="008058B9"/>
    <w:rsid w:val="00805920"/>
    <w:rsid w:val="00807969"/>
    <w:rsid w:val="00810437"/>
    <w:rsid w:val="00813D5D"/>
    <w:rsid w:val="00814BB5"/>
    <w:rsid w:val="00815283"/>
    <w:rsid w:val="00815BC3"/>
    <w:rsid w:val="00815F96"/>
    <w:rsid w:val="0081736C"/>
    <w:rsid w:val="00820D3B"/>
    <w:rsid w:val="0082128B"/>
    <w:rsid w:val="00821373"/>
    <w:rsid w:val="00822376"/>
    <w:rsid w:val="00822C57"/>
    <w:rsid w:val="00822DBD"/>
    <w:rsid w:val="00823CCE"/>
    <w:rsid w:val="008241C0"/>
    <w:rsid w:val="0082490D"/>
    <w:rsid w:val="0082510A"/>
    <w:rsid w:val="00825AD4"/>
    <w:rsid w:val="00825D05"/>
    <w:rsid w:val="00825F7A"/>
    <w:rsid w:val="00825FDD"/>
    <w:rsid w:val="008278C8"/>
    <w:rsid w:val="008322AD"/>
    <w:rsid w:val="00833555"/>
    <w:rsid w:val="008353B8"/>
    <w:rsid w:val="00835D8E"/>
    <w:rsid w:val="008369E9"/>
    <w:rsid w:val="0084003E"/>
    <w:rsid w:val="008407A5"/>
    <w:rsid w:val="008420E8"/>
    <w:rsid w:val="00842564"/>
    <w:rsid w:val="00844806"/>
    <w:rsid w:val="00844A78"/>
    <w:rsid w:val="00844C62"/>
    <w:rsid w:val="008467B4"/>
    <w:rsid w:val="00846BCA"/>
    <w:rsid w:val="00847DAD"/>
    <w:rsid w:val="00851084"/>
    <w:rsid w:val="00851171"/>
    <w:rsid w:val="0085117E"/>
    <w:rsid w:val="00851545"/>
    <w:rsid w:val="008519CD"/>
    <w:rsid w:val="00852C38"/>
    <w:rsid w:val="00852D9F"/>
    <w:rsid w:val="00854104"/>
    <w:rsid w:val="00854601"/>
    <w:rsid w:val="008568B0"/>
    <w:rsid w:val="00856C88"/>
    <w:rsid w:val="00857542"/>
    <w:rsid w:val="0085796C"/>
    <w:rsid w:val="00857E02"/>
    <w:rsid w:val="00857F13"/>
    <w:rsid w:val="00860333"/>
    <w:rsid w:val="00860500"/>
    <w:rsid w:val="00860657"/>
    <w:rsid w:val="00860E99"/>
    <w:rsid w:val="00864BC0"/>
    <w:rsid w:val="00864C16"/>
    <w:rsid w:val="00865CAE"/>
    <w:rsid w:val="00865D77"/>
    <w:rsid w:val="00866722"/>
    <w:rsid w:val="008679AC"/>
    <w:rsid w:val="00870316"/>
    <w:rsid w:val="008705C6"/>
    <w:rsid w:val="00871240"/>
    <w:rsid w:val="00871D0A"/>
    <w:rsid w:val="008725C8"/>
    <w:rsid w:val="00872FC0"/>
    <w:rsid w:val="0087336E"/>
    <w:rsid w:val="00873ABB"/>
    <w:rsid w:val="00873F17"/>
    <w:rsid w:val="0087695D"/>
    <w:rsid w:val="00876DE2"/>
    <w:rsid w:val="00876EDE"/>
    <w:rsid w:val="008770C3"/>
    <w:rsid w:val="00877980"/>
    <w:rsid w:val="00877A2B"/>
    <w:rsid w:val="00877CC6"/>
    <w:rsid w:val="0088068F"/>
    <w:rsid w:val="00880F14"/>
    <w:rsid w:val="008817EC"/>
    <w:rsid w:val="00881D5F"/>
    <w:rsid w:val="00883809"/>
    <w:rsid w:val="00883ECE"/>
    <w:rsid w:val="0088437A"/>
    <w:rsid w:val="008844AD"/>
    <w:rsid w:val="00884CA2"/>
    <w:rsid w:val="008856DC"/>
    <w:rsid w:val="00885BED"/>
    <w:rsid w:val="00887CCD"/>
    <w:rsid w:val="00887E2D"/>
    <w:rsid w:val="00890153"/>
    <w:rsid w:val="00890470"/>
    <w:rsid w:val="00890FF6"/>
    <w:rsid w:val="00891159"/>
    <w:rsid w:val="00891AB8"/>
    <w:rsid w:val="00891F8F"/>
    <w:rsid w:val="00892791"/>
    <w:rsid w:val="0089344C"/>
    <w:rsid w:val="00893696"/>
    <w:rsid w:val="0089554F"/>
    <w:rsid w:val="008965EB"/>
    <w:rsid w:val="008A0DB6"/>
    <w:rsid w:val="008A1597"/>
    <w:rsid w:val="008A1920"/>
    <w:rsid w:val="008A283E"/>
    <w:rsid w:val="008A2967"/>
    <w:rsid w:val="008A32CA"/>
    <w:rsid w:val="008A5A35"/>
    <w:rsid w:val="008A7026"/>
    <w:rsid w:val="008A7F4F"/>
    <w:rsid w:val="008B1D78"/>
    <w:rsid w:val="008B26C0"/>
    <w:rsid w:val="008B3100"/>
    <w:rsid w:val="008B7EC9"/>
    <w:rsid w:val="008C09E0"/>
    <w:rsid w:val="008C0A69"/>
    <w:rsid w:val="008C1AEA"/>
    <w:rsid w:val="008C1DA3"/>
    <w:rsid w:val="008C2706"/>
    <w:rsid w:val="008C27A8"/>
    <w:rsid w:val="008C2B52"/>
    <w:rsid w:val="008C2B58"/>
    <w:rsid w:val="008C2FF9"/>
    <w:rsid w:val="008C3D1C"/>
    <w:rsid w:val="008C5B95"/>
    <w:rsid w:val="008C6706"/>
    <w:rsid w:val="008C67C0"/>
    <w:rsid w:val="008C6D8E"/>
    <w:rsid w:val="008C6DEC"/>
    <w:rsid w:val="008C713C"/>
    <w:rsid w:val="008D0044"/>
    <w:rsid w:val="008D0737"/>
    <w:rsid w:val="008D18D0"/>
    <w:rsid w:val="008D431B"/>
    <w:rsid w:val="008D4637"/>
    <w:rsid w:val="008D46D4"/>
    <w:rsid w:val="008D4D43"/>
    <w:rsid w:val="008D5B5E"/>
    <w:rsid w:val="008D62FC"/>
    <w:rsid w:val="008D642E"/>
    <w:rsid w:val="008D670D"/>
    <w:rsid w:val="008E0103"/>
    <w:rsid w:val="008E06BA"/>
    <w:rsid w:val="008E0F13"/>
    <w:rsid w:val="008E3FA7"/>
    <w:rsid w:val="008E47A4"/>
    <w:rsid w:val="008E4852"/>
    <w:rsid w:val="008E5D13"/>
    <w:rsid w:val="008E67E0"/>
    <w:rsid w:val="008E7929"/>
    <w:rsid w:val="008F07C2"/>
    <w:rsid w:val="008F1E52"/>
    <w:rsid w:val="008F207E"/>
    <w:rsid w:val="008F227E"/>
    <w:rsid w:val="008F3DA1"/>
    <w:rsid w:val="008F4BDC"/>
    <w:rsid w:val="008F4C0D"/>
    <w:rsid w:val="008F6A67"/>
    <w:rsid w:val="008F6AD0"/>
    <w:rsid w:val="008F77DD"/>
    <w:rsid w:val="008F7B07"/>
    <w:rsid w:val="00900520"/>
    <w:rsid w:val="00900A66"/>
    <w:rsid w:val="00900D25"/>
    <w:rsid w:val="00900D2E"/>
    <w:rsid w:val="00903436"/>
    <w:rsid w:val="00903948"/>
    <w:rsid w:val="00903E60"/>
    <w:rsid w:val="00905076"/>
    <w:rsid w:val="00905A3A"/>
    <w:rsid w:val="009104B1"/>
    <w:rsid w:val="0091137C"/>
    <w:rsid w:val="0091165C"/>
    <w:rsid w:val="0091166E"/>
    <w:rsid w:val="00912301"/>
    <w:rsid w:val="00913809"/>
    <w:rsid w:val="0091434A"/>
    <w:rsid w:val="009145E7"/>
    <w:rsid w:val="00914C85"/>
    <w:rsid w:val="009159E8"/>
    <w:rsid w:val="009173F4"/>
    <w:rsid w:val="00917A18"/>
    <w:rsid w:val="00917D54"/>
    <w:rsid w:val="00917D8E"/>
    <w:rsid w:val="009216B9"/>
    <w:rsid w:val="00922118"/>
    <w:rsid w:val="00923BC3"/>
    <w:rsid w:val="00923FD7"/>
    <w:rsid w:val="00925349"/>
    <w:rsid w:val="009257D2"/>
    <w:rsid w:val="00925D9A"/>
    <w:rsid w:val="0092601D"/>
    <w:rsid w:val="00926A50"/>
    <w:rsid w:val="00927238"/>
    <w:rsid w:val="009303DA"/>
    <w:rsid w:val="0093044A"/>
    <w:rsid w:val="0093046F"/>
    <w:rsid w:val="00931E1B"/>
    <w:rsid w:val="00933738"/>
    <w:rsid w:val="009339ED"/>
    <w:rsid w:val="00933C88"/>
    <w:rsid w:val="00934D62"/>
    <w:rsid w:val="00935D92"/>
    <w:rsid w:val="00936CE5"/>
    <w:rsid w:val="009374F8"/>
    <w:rsid w:val="00937571"/>
    <w:rsid w:val="009375E0"/>
    <w:rsid w:val="00940838"/>
    <w:rsid w:val="00940921"/>
    <w:rsid w:val="00941B7F"/>
    <w:rsid w:val="00942E01"/>
    <w:rsid w:val="00943663"/>
    <w:rsid w:val="0094383F"/>
    <w:rsid w:val="00944202"/>
    <w:rsid w:val="00944FED"/>
    <w:rsid w:val="0094537B"/>
    <w:rsid w:val="00946806"/>
    <w:rsid w:val="00947DD1"/>
    <w:rsid w:val="00947FED"/>
    <w:rsid w:val="009507F8"/>
    <w:rsid w:val="00950F4E"/>
    <w:rsid w:val="0095149F"/>
    <w:rsid w:val="00951BF9"/>
    <w:rsid w:val="00954000"/>
    <w:rsid w:val="00954CC8"/>
    <w:rsid w:val="00954EF1"/>
    <w:rsid w:val="00955C68"/>
    <w:rsid w:val="009574DB"/>
    <w:rsid w:val="00957B41"/>
    <w:rsid w:val="009607A8"/>
    <w:rsid w:val="00960B28"/>
    <w:rsid w:val="00960FE2"/>
    <w:rsid w:val="009611B5"/>
    <w:rsid w:val="00962C7D"/>
    <w:rsid w:val="00963A44"/>
    <w:rsid w:val="00964553"/>
    <w:rsid w:val="00965D68"/>
    <w:rsid w:val="00965F6C"/>
    <w:rsid w:val="009671E4"/>
    <w:rsid w:val="00967759"/>
    <w:rsid w:val="00967BC5"/>
    <w:rsid w:val="0097185E"/>
    <w:rsid w:val="00972245"/>
    <w:rsid w:val="0097243E"/>
    <w:rsid w:val="0097262D"/>
    <w:rsid w:val="009728C1"/>
    <w:rsid w:val="00973601"/>
    <w:rsid w:val="009741C8"/>
    <w:rsid w:val="00974330"/>
    <w:rsid w:val="00975B15"/>
    <w:rsid w:val="009776F0"/>
    <w:rsid w:val="00977FFC"/>
    <w:rsid w:val="0098177E"/>
    <w:rsid w:val="00982177"/>
    <w:rsid w:val="009831EC"/>
    <w:rsid w:val="009839A8"/>
    <w:rsid w:val="00983F9F"/>
    <w:rsid w:val="00984A80"/>
    <w:rsid w:val="00985704"/>
    <w:rsid w:val="00986DBB"/>
    <w:rsid w:val="00986E41"/>
    <w:rsid w:val="009876A4"/>
    <w:rsid w:val="00990C26"/>
    <w:rsid w:val="00990E33"/>
    <w:rsid w:val="009914F4"/>
    <w:rsid w:val="009915D5"/>
    <w:rsid w:val="00991878"/>
    <w:rsid w:val="00991898"/>
    <w:rsid w:val="0099382E"/>
    <w:rsid w:val="00993D8C"/>
    <w:rsid w:val="009958BE"/>
    <w:rsid w:val="00996051"/>
    <w:rsid w:val="00996330"/>
    <w:rsid w:val="009968DA"/>
    <w:rsid w:val="009973F6"/>
    <w:rsid w:val="009974EA"/>
    <w:rsid w:val="009A0111"/>
    <w:rsid w:val="009A1094"/>
    <w:rsid w:val="009A1735"/>
    <w:rsid w:val="009A19DA"/>
    <w:rsid w:val="009A2C24"/>
    <w:rsid w:val="009A2DF3"/>
    <w:rsid w:val="009A5B33"/>
    <w:rsid w:val="009A7289"/>
    <w:rsid w:val="009B08DB"/>
    <w:rsid w:val="009B0D7E"/>
    <w:rsid w:val="009B5D12"/>
    <w:rsid w:val="009B6CDD"/>
    <w:rsid w:val="009B6D3B"/>
    <w:rsid w:val="009C00E3"/>
    <w:rsid w:val="009C0D39"/>
    <w:rsid w:val="009C2A8F"/>
    <w:rsid w:val="009C43AE"/>
    <w:rsid w:val="009C51A5"/>
    <w:rsid w:val="009C5795"/>
    <w:rsid w:val="009C5961"/>
    <w:rsid w:val="009C6BE8"/>
    <w:rsid w:val="009C7227"/>
    <w:rsid w:val="009C78C6"/>
    <w:rsid w:val="009C7BCE"/>
    <w:rsid w:val="009D0555"/>
    <w:rsid w:val="009D1447"/>
    <w:rsid w:val="009D1867"/>
    <w:rsid w:val="009D1B64"/>
    <w:rsid w:val="009D23F0"/>
    <w:rsid w:val="009D2F76"/>
    <w:rsid w:val="009D48EC"/>
    <w:rsid w:val="009D4BF8"/>
    <w:rsid w:val="009D6008"/>
    <w:rsid w:val="009E02DB"/>
    <w:rsid w:val="009E051F"/>
    <w:rsid w:val="009E0903"/>
    <w:rsid w:val="009E178C"/>
    <w:rsid w:val="009E1C4F"/>
    <w:rsid w:val="009E1EA2"/>
    <w:rsid w:val="009E220D"/>
    <w:rsid w:val="009E25D0"/>
    <w:rsid w:val="009E4910"/>
    <w:rsid w:val="009E4C15"/>
    <w:rsid w:val="009E4EC9"/>
    <w:rsid w:val="009E6A34"/>
    <w:rsid w:val="009E6C22"/>
    <w:rsid w:val="009E76C0"/>
    <w:rsid w:val="009F008A"/>
    <w:rsid w:val="009F08FE"/>
    <w:rsid w:val="009F1806"/>
    <w:rsid w:val="009F23F0"/>
    <w:rsid w:val="009F2A77"/>
    <w:rsid w:val="009F2D6E"/>
    <w:rsid w:val="009F2F68"/>
    <w:rsid w:val="009F3532"/>
    <w:rsid w:val="009F4576"/>
    <w:rsid w:val="009F6A36"/>
    <w:rsid w:val="009F709D"/>
    <w:rsid w:val="009F7E87"/>
    <w:rsid w:val="00A00DF9"/>
    <w:rsid w:val="00A02725"/>
    <w:rsid w:val="00A02D9F"/>
    <w:rsid w:val="00A03B27"/>
    <w:rsid w:val="00A04574"/>
    <w:rsid w:val="00A051DC"/>
    <w:rsid w:val="00A053A8"/>
    <w:rsid w:val="00A05BF6"/>
    <w:rsid w:val="00A07073"/>
    <w:rsid w:val="00A10F8A"/>
    <w:rsid w:val="00A11082"/>
    <w:rsid w:val="00A12710"/>
    <w:rsid w:val="00A127C5"/>
    <w:rsid w:val="00A14A4B"/>
    <w:rsid w:val="00A14CC3"/>
    <w:rsid w:val="00A167B2"/>
    <w:rsid w:val="00A17E6D"/>
    <w:rsid w:val="00A204D7"/>
    <w:rsid w:val="00A227B0"/>
    <w:rsid w:val="00A23870"/>
    <w:rsid w:val="00A239CB"/>
    <w:rsid w:val="00A23A94"/>
    <w:rsid w:val="00A24E21"/>
    <w:rsid w:val="00A25224"/>
    <w:rsid w:val="00A2676C"/>
    <w:rsid w:val="00A3014F"/>
    <w:rsid w:val="00A30B95"/>
    <w:rsid w:val="00A314A7"/>
    <w:rsid w:val="00A31787"/>
    <w:rsid w:val="00A32617"/>
    <w:rsid w:val="00A32819"/>
    <w:rsid w:val="00A32FD4"/>
    <w:rsid w:val="00A334AD"/>
    <w:rsid w:val="00A3363F"/>
    <w:rsid w:val="00A354B1"/>
    <w:rsid w:val="00A35B51"/>
    <w:rsid w:val="00A36D62"/>
    <w:rsid w:val="00A37CCC"/>
    <w:rsid w:val="00A37ED3"/>
    <w:rsid w:val="00A37EE2"/>
    <w:rsid w:val="00A402D9"/>
    <w:rsid w:val="00A40B12"/>
    <w:rsid w:val="00A40F37"/>
    <w:rsid w:val="00A41F96"/>
    <w:rsid w:val="00A43496"/>
    <w:rsid w:val="00A435C5"/>
    <w:rsid w:val="00A45156"/>
    <w:rsid w:val="00A4616D"/>
    <w:rsid w:val="00A464C7"/>
    <w:rsid w:val="00A46511"/>
    <w:rsid w:val="00A4674E"/>
    <w:rsid w:val="00A47866"/>
    <w:rsid w:val="00A502F6"/>
    <w:rsid w:val="00A50ABF"/>
    <w:rsid w:val="00A515A7"/>
    <w:rsid w:val="00A51B04"/>
    <w:rsid w:val="00A52503"/>
    <w:rsid w:val="00A52912"/>
    <w:rsid w:val="00A5483B"/>
    <w:rsid w:val="00A55412"/>
    <w:rsid w:val="00A55A40"/>
    <w:rsid w:val="00A5651B"/>
    <w:rsid w:val="00A56768"/>
    <w:rsid w:val="00A567AF"/>
    <w:rsid w:val="00A5692E"/>
    <w:rsid w:val="00A56E99"/>
    <w:rsid w:val="00A57033"/>
    <w:rsid w:val="00A57483"/>
    <w:rsid w:val="00A57BD1"/>
    <w:rsid w:val="00A609E8"/>
    <w:rsid w:val="00A60E7D"/>
    <w:rsid w:val="00A615D4"/>
    <w:rsid w:val="00A622D1"/>
    <w:rsid w:val="00A6440C"/>
    <w:rsid w:val="00A65C2D"/>
    <w:rsid w:val="00A65EC5"/>
    <w:rsid w:val="00A6618B"/>
    <w:rsid w:val="00A66AF7"/>
    <w:rsid w:val="00A70395"/>
    <w:rsid w:val="00A707B9"/>
    <w:rsid w:val="00A711C3"/>
    <w:rsid w:val="00A731C3"/>
    <w:rsid w:val="00A742B6"/>
    <w:rsid w:val="00A74932"/>
    <w:rsid w:val="00A76203"/>
    <w:rsid w:val="00A76ACC"/>
    <w:rsid w:val="00A770D5"/>
    <w:rsid w:val="00A77463"/>
    <w:rsid w:val="00A7763C"/>
    <w:rsid w:val="00A77D75"/>
    <w:rsid w:val="00A804F9"/>
    <w:rsid w:val="00A8285C"/>
    <w:rsid w:val="00A8298E"/>
    <w:rsid w:val="00A82D8A"/>
    <w:rsid w:val="00A82FB9"/>
    <w:rsid w:val="00A849EA"/>
    <w:rsid w:val="00A84C0D"/>
    <w:rsid w:val="00A857F7"/>
    <w:rsid w:val="00A861FF"/>
    <w:rsid w:val="00A86897"/>
    <w:rsid w:val="00A8699E"/>
    <w:rsid w:val="00A86CE3"/>
    <w:rsid w:val="00A87839"/>
    <w:rsid w:val="00A87A2B"/>
    <w:rsid w:val="00A87CDB"/>
    <w:rsid w:val="00A902E2"/>
    <w:rsid w:val="00A90DC0"/>
    <w:rsid w:val="00A90F83"/>
    <w:rsid w:val="00A925C5"/>
    <w:rsid w:val="00A92A77"/>
    <w:rsid w:val="00A92B8B"/>
    <w:rsid w:val="00A9310C"/>
    <w:rsid w:val="00A96043"/>
    <w:rsid w:val="00A96663"/>
    <w:rsid w:val="00A97FC4"/>
    <w:rsid w:val="00AA1902"/>
    <w:rsid w:val="00AA1A17"/>
    <w:rsid w:val="00AA221B"/>
    <w:rsid w:val="00AA27C2"/>
    <w:rsid w:val="00AA41CA"/>
    <w:rsid w:val="00AA4303"/>
    <w:rsid w:val="00AA4339"/>
    <w:rsid w:val="00AA4DB4"/>
    <w:rsid w:val="00AA5C6F"/>
    <w:rsid w:val="00AA6375"/>
    <w:rsid w:val="00AA695D"/>
    <w:rsid w:val="00AA6F53"/>
    <w:rsid w:val="00AA771B"/>
    <w:rsid w:val="00AA78E6"/>
    <w:rsid w:val="00AB052E"/>
    <w:rsid w:val="00AB0E6E"/>
    <w:rsid w:val="00AB1247"/>
    <w:rsid w:val="00AB1872"/>
    <w:rsid w:val="00AB2B9D"/>
    <w:rsid w:val="00AB2CF6"/>
    <w:rsid w:val="00AB2FAA"/>
    <w:rsid w:val="00AB3091"/>
    <w:rsid w:val="00AB3191"/>
    <w:rsid w:val="00AB7907"/>
    <w:rsid w:val="00AB7CD3"/>
    <w:rsid w:val="00AB7D4E"/>
    <w:rsid w:val="00AB7F6F"/>
    <w:rsid w:val="00AC02E1"/>
    <w:rsid w:val="00AC03E0"/>
    <w:rsid w:val="00AC04A1"/>
    <w:rsid w:val="00AC0749"/>
    <w:rsid w:val="00AC0CC7"/>
    <w:rsid w:val="00AC255D"/>
    <w:rsid w:val="00AC2D4C"/>
    <w:rsid w:val="00AC2E2F"/>
    <w:rsid w:val="00AC380E"/>
    <w:rsid w:val="00AC4178"/>
    <w:rsid w:val="00AC46CA"/>
    <w:rsid w:val="00AC4783"/>
    <w:rsid w:val="00AC6779"/>
    <w:rsid w:val="00AC72AC"/>
    <w:rsid w:val="00AD0BB4"/>
    <w:rsid w:val="00AD0CE2"/>
    <w:rsid w:val="00AD0DA8"/>
    <w:rsid w:val="00AD12D3"/>
    <w:rsid w:val="00AD27F5"/>
    <w:rsid w:val="00AD29DC"/>
    <w:rsid w:val="00AD32DF"/>
    <w:rsid w:val="00AD3565"/>
    <w:rsid w:val="00AD365E"/>
    <w:rsid w:val="00AD4F91"/>
    <w:rsid w:val="00AD5A45"/>
    <w:rsid w:val="00AD65B4"/>
    <w:rsid w:val="00AD6794"/>
    <w:rsid w:val="00AD6A4A"/>
    <w:rsid w:val="00AD7179"/>
    <w:rsid w:val="00AD7A68"/>
    <w:rsid w:val="00AE235E"/>
    <w:rsid w:val="00AE24D7"/>
    <w:rsid w:val="00AE315F"/>
    <w:rsid w:val="00AE4653"/>
    <w:rsid w:val="00AE57F5"/>
    <w:rsid w:val="00AE6DA9"/>
    <w:rsid w:val="00AE7884"/>
    <w:rsid w:val="00AE7B1C"/>
    <w:rsid w:val="00AE7EB1"/>
    <w:rsid w:val="00AF0B78"/>
    <w:rsid w:val="00AF1A6D"/>
    <w:rsid w:val="00AF39C8"/>
    <w:rsid w:val="00AF3DAF"/>
    <w:rsid w:val="00AF4197"/>
    <w:rsid w:val="00AF4DAA"/>
    <w:rsid w:val="00AF4F26"/>
    <w:rsid w:val="00AF740A"/>
    <w:rsid w:val="00AF78E9"/>
    <w:rsid w:val="00AF7AE0"/>
    <w:rsid w:val="00AF7B9C"/>
    <w:rsid w:val="00B01238"/>
    <w:rsid w:val="00B02133"/>
    <w:rsid w:val="00B02FB4"/>
    <w:rsid w:val="00B04206"/>
    <w:rsid w:val="00B055AE"/>
    <w:rsid w:val="00B05B52"/>
    <w:rsid w:val="00B0602E"/>
    <w:rsid w:val="00B061C5"/>
    <w:rsid w:val="00B07B19"/>
    <w:rsid w:val="00B07D24"/>
    <w:rsid w:val="00B07E71"/>
    <w:rsid w:val="00B1067E"/>
    <w:rsid w:val="00B10AC4"/>
    <w:rsid w:val="00B11180"/>
    <w:rsid w:val="00B11238"/>
    <w:rsid w:val="00B11367"/>
    <w:rsid w:val="00B13D0C"/>
    <w:rsid w:val="00B149E4"/>
    <w:rsid w:val="00B14EF0"/>
    <w:rsid w:val="00B21763"/>
    <w:rsid w:val="00B2342F"/>
    <w:rsid w:val="00B23AD7"/>
    <w:rsid w:val="00B24579"/>
    <w:rsid w:val="00B275AA"/>
    <w:rsid w:val="00B27FE1"/>
    <w:rsid w:val="00B30FB3"/>
    <w:rsid w:val="00B3129F"/>
    <w:rsid w:val="00B31B29"/>
    <w:rsid w:val="00B31B8B"/>
    <w:rsid w:val="00B321AE"/>
    <w:rsid w:val="00B33F5B"/>
    <w:rsid w:val="00B34A9F"/>
    <w:rsid w:val="00B35073"/>
    <w:rsid w:val="00B350B1"/>
    <w:rsid w:val="00B353D0"/>
    <w:rsid w:val="00B35A25"/>
    <w:rsid w:val="00B36484"/>
    <w:rsid w:val="00B375F6"/>
    <w:rsid w:val="00B40C61"/>
    <w:rsid w:val="00B40CC4"/>
    <w:rsid w:val="00B40D29"/>
    <w:rsid w:val="00B41135"/>
    <w:rsid w:val="00B4155E"/>
    <w:rsid w:val="00B416BB"/>
    <w:rsid w:val="00B41E80"/>
    <w:rsid w:val="00B42331"/>
    <w:rsid w:val="00B426B7"/>
    <w:rsid w:val="00B42C09"/>
    <w:rsid w:val="00B4452E"/>
    <w:rsid w:val="00B458AF"/>
    <w:rsid w:val="00B45D39"/>
    <w:rsid w:val="00B46C5A"/>
    <w:rsid w:val="00B50926"/>
    <w:rsid w:val="00B50B21"/>
    <w:rsid w:val="00B50E27"/>
    <w:rsid w:val="00B51854"/>
    <w:rsid w:val="00B51B40"/>
    <w:rsid w:val="00B51F13"/>
    <w:rsid w:val="00B520A0"/>
    <w:rsid w:val="00B523D8"/>
    <w:rsid w:val="00B5268D"/>
    <w:rsid w:val="00B52803"/>
    <w:rsid w:val="00B537E1"/>
    <w:rsid w:val="00B537F4"/>
    <w:rsid w:val="00B54529"/>
    <w:rsid w:val="00B559E2"/>
    <w:rsid w:val="00B55DA6"/>
    <w:rsid w:val="00B57854"/>
    <w:rsid w:val="00B57933"/>
    <w:rsid w:val="00B57ED9"/>
    <w:rsid w:val="00B61F2A"/>
    <w:rsid w:val="00B6486B"/>
    <w:rsid w:val="00B66772"/>
    <w:rsid w:val="00B66B41"/>
    <w:rsid w:val="00B66EE4"/>
    <w:rsid w:val="00B67C00"/>
    <w:rsid w:val="00B67CFB"/>
    <w:rsid w:val="00B67F9D"/>
    <w:rsid w:val="00B70EB7"/>
    <w:rsid w:val="00B723D7"/>
    <w:rsid w:val="00B75B27"/>
    <w:rsid w:val="00B76B8B"/>
    <w:rsid w:val="00B76DBD"/>
    <w:rsid w:val="00B773D5"/>
    <w:rsid w:val="00B774A8"/>
    <w:rsid w:val="00B77CE2"/>
    <w:rsid w:val="00B77D70"/>
    <w:rsid w:val="00B81886"/>
    <w:rsid w:val="00B82715"/>
    <w:rsid w:val="00B837F0"/>
    <w:rsid w:val="00B8387B"/>
    <w:rsid w:val="00B83957"/>
    <w:rsid w:val="00B84863"/>
    <w:rsid w:val="00B8501D"/>
    <w:rsid w:val="00B86D4A"/>
    <w:rsid w:val="00B87E80"/>
    <w:rsid w:val="00B909F8"/>
    <w:rsid w:val="00B90B27"/>
    <w:rsid w:val="00B915C0"/>
    <w:rsid w:val="00B923E5"/>
    <w:rsid w:val="00B934A5"/>
    <w:rsid w:val="00B93894"/>
    <w:rsid w:val="00B938E9"/>
    <w:rsid w:val="00B93D3B"/>
    <w:rsid w:val="00B94906"/>
    <w:rsid w:val="00B95CDA"/>
    <w:rsid w:val="00B96E92"/>
    <w:rsid w:val="00B970A9"/>
    <w:rsid w:val="00B97411"/>
    <w:rsid w:val="00BA08C8"/>
    <w:rsid w:val="00BA0EEE"/>
    <w:rsid w:val="00BA10AC"/>
    <w:rsid w:val="00BA2BF2"/>
    <w:rsid w:val="00BA2E27"/>
    <w:rsid w:val="00BA312C"/>
    <w:rsid w:val="00BA346D"/>
    <w:rsid w:val="00BA3ABD"/>
    <w:rsid w:val="00BA4793"/>
    <w:rsid w:val="00BA5278"/>
    <w:rsid w:val="00BA5D88"/>
    <w:rsid w:val="00BA614F"/>
    <w:rsid w:val="00BB0059"/>
    <w:rsid w:val="00BB1B7F"/>
    <w:rsid w:val="00BB1DE3"/>
    <w:rsid w:val="00BB2D21"/>
    <w:rsid w:val="00BB3AF5"/>
    <w:rsid w:val="00BB3FBF"/>
    <w:rsid w:val="00BB4774"/>
    <w:rsid w:val="00BB4E1D"/>
    <w:rsid w:val="00BB5372"/>
    <w:rsid w:val="00BB7A48"/>
    <w:rsid w:val="00BB7A4E"/>
    <w:rsid w:val="00BC0AE2"/>
    <w:rsid w:val="00BC0FAE"/>
    <w:rsid w:val="00BC12DB"/>
    <w:rsid w:val="00BC15D0"/>
    <w:rsid w:val="00BC1990"/>
    <w:rsid w:val="00BC1BE2"/>
    <w:rsid w:val="00BC2936"/>
    <w:rsid w:val="00BC2A35"/>
    <w:rsid w:val="00BC2C54"/>
    <w:rsid w:val="00BC3487"/>
    <w:rsid w:val="00BC3915"/>
    <w:rsid w:val="00BC3FC3"/>
    <w:rsid w:val="00BC3FEA"/>
    <w:rsid w:val="00BC582F"/>
    <w:rsid w:val="00BC6252"/>
    <w:rsid w:val="00BC689A"/>
    <w:rsid w:val="00BC6908"/>
    <w:rsid w:val="00BC7B4D"/>
    <w:rsid w:val="00BD056B"/>
    <w:rsid w:val="00BD0AB9"/>
    <w:rsid w:val="00BD0CEE"/>
    <w:rsid w:val="00BD12A9"/>
    <w:rsid w:val="00BD3329"/>
    <w:rsid w:val="00BD43B9"/>
    <w:rsid w:val="00BD444F"/>
    <w:rsid w:val="00BD4963"/>
    <w:rsid w:val="00BD4C89"/>
    <w:rsid w:val="00BD503D"/>
    <w:rsid w:val="00BD7AE6"/>
    <w:rsid w:val="00BD7C07"/>
    <w:rsid w:val="00BD7E60"/>
    <w:rsid w:val="00BE0505"/>
    <w:rsid w:val="00BE1161"/>
    <w:rsid w:val="00BE240C"/>
    <w:rsid w:val="00BE2E76"/>
    <w:rsid w:val="00BE5134"/>
    <w:rsid w:val="00BE747A"/>
    <w:rsid w:val="00BE7DDD"/>
    <w:rsid w:val="00BF09C9"/>
    <w:rsid w:val="00BF34CE"/>
    <w:rsid w:val="00BF386D"/>
    <w:rsid w:val="00BF3F49"/>
    <w:rsid w:val="00BF4074"/>
    <w:rsid w:val="00BF4487"/>
    <w:rsid w:val="00BF4745"/>
    <w:rsid w:val="00BF5053"/>
    <w:rsid w:val="00BF5E15"/>
    <w:rsid w:val="00BF763A"/>
    <w:rsid w:val="00C006C9"/>
    <w:rsid w:val="00C01526"/>
    <w:rsid w:val="00C019ED"/>
    <w:rsid w:val="00C03A1D"/>
    <w:rsid w:val="00C05141"/>
    <w:rsid w:val="00C05592"/>
    <w:rsid w:val="00C05F3D"/>
    <w:rsid w:val="00C0600A"/>
    <w:rsid w:val="00C07151"/>
    <w:rsid w:val="00C072D1"/>
    <w:rsid w:val="00C078DE"/>
    <w:rsid w:val="00C103DB"/>
    <w:rsid w:val="00C12087"/>
    <w:rsid w:val="00C13B2E"/>
    <w:rsid w:val="00C162ED"/>
    <w:rsid w:val="00C165C6"/>
    <w:rsid w:val="00C16664"/>
    <w:rsid w:val="00C16EFB"/>
    <w:rsid w:val="00C174FF"/>
    <w:rsid w:val="00C17669"/>
    <w:rsid w:val="00C220E4"/>
    <w:rsid w:val="00C2278B"/>
    <w:rsid w:val="00C22D04"/>
    <w:rsid w:val="00C23A42"/>
    <w:rsid w:val="00C23B18"/>
    <w:rsid w:val="00C253A9"/>
    <w:rsid w:val="00C25BE0"/>
    <w:rsid w:val="00C271C9"/>
    <w:rsid w:val="00C27438"/>
    <w:rsid w:val="00C27928"/>
    <w:rsid w:val="00C27A9A"/>
    <w:rsid w:val="00C27EA1"/>
    <w:rsid w:val="00C27ECC"/>
    <w:rsid w:val="00C27F14"/>
    <w:rsid w:val="00C30750"/>
    <w:rsid w:val="00C32327"/>
    <w:rsid w:val="00C33669"/>
    <w:rsid w:val="00C3386E"/>
    <w:rsid w:val="00C34D32"/>
    <w:rsid w:val="00C34F54"/>
    <w:rsid w:val="00C37ECB"/>
    <w:rsid w:val="00C400FB"/>
    <w:rsid w:val="00C4082C"/>
    <w:rsid w:val="00C40E75"/>
    <w:rsid w:val="00C40F6E"/>
    <w:rsid w:val="00C41506"/>
    <w:rsid w:val="00C422AC"/>
    <w:rsid w:val="00C42600"/>
    <w:rsid w:val="00C42DB8"/>
    <w:rsid w:val="00C45819"/>
    <w:rsid w:val="00C45E28"/>
    <w:rsid w:val="00C45F74"/>
    <w:rsid w:val="00C461F1"/>
    <w:rsid w:val="00C46BD0"/>
    <w:rsid w:val="00C46FC1"/>
    <w:rsid w:val="00C50EDD"/>
    <w:rsid w:val="00C50FA9"/>
    <w:rsid w:val="00C51FCB"/>
    <w:rsid w:val="00C52213"/>
    <w:rsid w:val="00C5333E"/>
    <w:rsid w:val="00C53C96"/>
    <w:rsid w:val="00C53D97"/>
    <w:rsid w:val="00C544FF"/>
    <w:rsid w:val="00C54764"/>
    <w:rsid w:val="00C55091"/>
    <w:rsid w:val="00C5544D"/>
    <w:rsid w:val="00C555B0"/>
    <w:rsid w:val="00C55DBA"/>
    <w:rsid w:val="00C5657F"/>
    <w:rsid w:val="00C56CC9"/>
    <w:rsid w:val="00C571FA"/>
    <w:rsid w:val="00C6013D"/>
    <w:rsid w:val="00C6014B"/>
    <w:rsid w:val="00C60390"/>
    <w:rsid w:val="00C60650"/>
    <w:rsid w:val="00C6108C"/>
    <w:rsid w:val="00C614EB"/>
    <w:rsid w:val="00C62012"/>
    <w:rsid w:val="00C62D61"/>
    <w:rsid w:val="00C63068"/>
    <w:rsid w:val="00C633E1"/>
    <w:rsid w:val="00C637E4"/>
    <w:rsid w:val="00C655E4"/>
    <w:rsid w:val="00C660E3"/>
    <w:rsid w:val="00C7084D"/>
    <w:rsid w:val="00C70FE4"/>
    <w:rsid w:val="00C71BED"/>
    <w:rsid w:val="00C71FD2"/>
    <w:rsid w:val="00C7232A"/>
    <w:rsid w:val="00C72499"/>
    <w:rsid w:val="00C727E8"/>
    <w:rsid w:val="00C74831"/>
    <w:rsid w:val="00C74B58"/>
    <w:rsid w:val="00C772D0"/>
    <w:rsid w:val="00C77D27"/>
    <w:rsid w:val="00C80201"/>
    <w:rsid w:val="00C80377"/>
    <w:rsid w:val="00C80F3D"/>
    <w:rsid w:val="00C81433"/>
    <w:rsid w:val="00C820DD"/>
    <w:rsid w:val="00C82185"/>
    <w:rsid w:val="00C82760"/>
    <w:rsid w:val="00C858A3"/>
    <w:rsid w:val="00C85A4C"/>
    <w:rsid w:val="00C87154"/>
    <w:rsid w:val="00C87723"/>
    <w:rsid w:val="00C90806"/>
    <w:rsid w:val="00C909DD"/>
    <w:rsid w:val="00C934F4"/>
    <w:rsid w:val="00C9423F"/>
    <w:rsid w:val="00C94E1A"/>
    <w:rsid w:val="00C950E0"/>
    <w:rsid w:val="00C96002"/>
    <w:rsid w:val="00C96CC3"/>
    <w:rsid w:val="00C97EAD"/>
    <w:rsid w:val="00C97FA8"/>
    <w:rsid w:val="00CA09BA"/>
    <w:rsid w:val="00CA137E"/>
    <w:rsid w:val="00CA1D31"/>
    <w:rsid w:val="00CA1EC8"/>
    <w:rsid w:val="00CA2545"/>
    <w:rsid w:val="00CA3711"/>
    <w:rsid w:val="00CA397B"/>
    <w:rsid w:val="00CA3F4D"/>
    <w:rsid w:val="00CA3F8D"/>
    <w:rsid w:val="00CA40A4"/>
    <w:rsid w:val="00CA444C"/>
    <w:rsid w:val="00CA4BB0"/>
    <w:rsid w:val="00CA54A9"/>
    <w:rsid w:val="00CA54B1"/>
    <w:rsid w:val="00CA5BC9"/>
    <w:rsid w:val="00CA5D8B"/>
    <w:rsid w:val="00CA7AA0"/>
    <w:rsid w:val="00CB11AE"/>
    <w:rsid w:val="00CB12EE"/>
    <w:rsid w:val="00CB2D6C"/>
    <w:rsid w:val="00CB3804"/>
    <w:rsid w:val="00CB441A"/>
    <w:rsid w:val="00CB5531"/>
    <w:rsid w:val="00CB5F70"/>
    <w:rsid w:val="00CB635F"/>
    <w:rsid w:val="00CB6B32"/>
    <w:rsid w:val="00CB6E56"/>
    <w:rsid w:val="00CB7A3A"/>
    <w:rsid w:val="00CC0B3C"/>
    <w:rsid w:val="00CC1526"/>
    <w:rsid w:val="00CC15B5"/>
    <w:rsid w:val="00CC195C"/>
    <w:rsid w:val="00CC1F8E"/>
    <w:rsid w:val="00CC2CE7"/>
    <w:rsid w:val="00CC3238"/>
    <w:rsid w:val="00CC37D3"/>
    <w:rsid w:val="00CC50CF"/>
    <w:rsid w:val="00CC602E"/>
    <w:rsid w:val="00CC6597"/>
    <w:rsid w:val="00CC7391"/>
    <w:rsid w:val="00CC7813"/>
    <w:rsid w:val="00CC799B"/>
    <w:rsid w:val="00CC7F12"/>
    <w:rsid w:val="00CD09AE"/>
    <w:rsid w:val="00CD0F56"/>
    <w:rsid w:val="00CD1073"/>
    <w:rsid w:val="00CD1268"/>
    <w:rsid w:val="00CD20D7"/>
    <w:rsid w:val="00CD44A8"/>
    <w:rsid w:val="00CD5249"/>
    <w:rsid w:val="00CD561A"/>
    <w:rsid w:val="00CD6437"/>
    <w:rsid w:val="00CD695B"/>
    <w:rsid w:val="00CD727D"/>
    <w:rsid w:val="00CD73E8"/>
    <w:rsid w:val="00CD7EF5"/>
    <w:rsid w:val="00CE2EC2"/>
    <w:rsid w:val="00CE3960"/>
    <w:rsid w:val="00CE4A07"/>
    <w:rsid w:val="00CF006A"/>
    <w:rsid w:val="00CF0655"/>
    <w:rsid w:val="00CF0D97"/>
    <w:rsid w:val="00CF1504"/>
    <w:rsid w:val="00CF179E"/>
    <w:rsid w:val="00CF22E1"/>
    <w:rsid w:val="00CF3D80"/>
    <w:rsid w:val="00CF42B8"/>
    <w:rsid w:val="00CF44C3"/>
    <w:rsid w:val="00CF48EF"/>
    <w:rsid w:val="00CF4A93"/>
    <w:rsid w:val="00CF505C"/>
    <w:rsid w:val="00CF627F"/>
    <w:rsid w:val="00CF663E"/>
    <w:rsid w:val="00CF7020"/>
    <w:rsid w:val="00CF7497"/>
    <w:rsid w:val="00CF7DAB"/>
    <w:rsid w:val="00D00101"/>
    <w:rsid w:val="00D0131B"/>
    <w:rsid w:val="00D01B59"/>
    <w:rsid w:val="00D01DE0"/>
    <w:rsid w:val="00D01EB7"/>
    <w:rsid w:val="00D0221B"/>
    <w:rsid w:val="00D027A3"/>
    <w:rsid w:val="00D02F5E"/>
    <w:rsid w:val="00D03312"/>
    <w:rsid w:val="00D0354B"/>
    <w:rsid w:val="00D05961"/>
    <w:rsid w:val="00D0601A"/>
    <w:rsid w:val="00D06053"/>
    <w:rsid w:val="00D063DB"/>
    <w:rsid w:val="00D06FB2"/>
    <w:rsid w:val="00D07E25"/>
    <w:rsid w:val="00D10FCD"/>
    <w:rsid w:val="00D12112"/>
    <w:rsid w:val="00D150C8"/>
    <w:rsid w:val="00D15608"/>
    <w:rsid w:val="00D16A2A"/>
    <w:rsid w:val="00D16E76"/>
    <w:rsid w:val="00D16F0A"/>
    <w:rsid w:val="00D17619"/>
    <w:rsid w:val="00D17A66"/>
    <w:rsid w:val="00D17F55"/>
    <w:rsid w:val="00D207D7"/>
    <w:rsid w:val="00D209CE"/>
    <w:rsid w:val="00D225F9"/>
    <w:rsid w:val="00D2262B"/>
    <w:rsid w:val="00D23A16"/>
    <w:rsid w:val="00D24D41"/>
    <w:rsid w:val="00D25AEE"/>
    <w:rsid w:val="00D268F6"/>
    <w:rsid w:val="00D26A36"/>
    <w:rsid w:val="00D26F55"/>
    <w:rsid w:val="00D2736A"/>
    <w:rsid w:val="00D27549"/>
    <w:rsid w:val="00D2789F"/>
    <w:rsid w:val="00D27D42"/>
    <w:rsid w:val="00D27E8C"/>
    <w:rsid w:val="00D320FC"/>
    <w:rsid w:val="00D32AF2"/>
    <w:rsid w:val="00D32FC7"/>
    <w:rsid w:val="00D33BA9"/>
    <w:rsid w:val="00D33FF2"/>
    <w:rsid w:val="00D34909"/>
    <w:rsid w:val="00D359E4"/>
    <w:rsid w:val="00D40826"/>
    <w:rsid w:val="00D4128F"/>
    <w:rsid w:val="00D412A4"/>
    <w:rsid w:val="00D435E5"/>
    <w:rsid w:val="00D4374B"/>
    <w:rsid w:val="00D4505D"/>
    <w:rsid w:val="00D45722"/>
    <w:rsid w:val="00D46F46"/>
    <w:rsid w:val="00D4748A"/>
    <w:rsid w:val="00D47F42"/>
    <w:rsid w:val="00D50ADC"/>
    <w:rsid w:val="00D50E8C"/>
    <w:rsid w:val="00D51428"/>
    <w:rsid w:val="00D518DE"/>
    <w:rsid w:val="00D51B69"/>
    <w:rsid w:val="00D5215A"/>
    <w:rsid w:val="00D52C8B"/>
    <w:rsid w:val="00D52E8C"/>
    <w:rsid w:val="00D533D7"/>
    <w:rsid w:val="00D54182"/>
    <w:rsid w:val="00D54798"/>
    <w:rsid w:val="00D5586E"/>
    <w:rsid w:val="00D57BAC"/>
    <w:rsid w:val="00D60488"/>
    <w:rsid w:val="00D60C8C"/>
    <w:rsid w:val="00D612A4"/>
    <w:rsid w:val="00D61408"/>
    <w:rsid w:val="00D62056"/>
    <w:rsid w:val="00D624C7"/>
    <w:rsid w:val="00D63391"/>
    <w:rsid w:val="00D63458"/>
    <w:rsid w:val="00D63A4F"/>
    <w:rsid w:val="00D63B13"/>
    <w:rsid w:val="00D642AB"/>
    <w:rsid w:val="00D64747"/>
    <w:rsid w:val="00D64B07"/>
    <w:rsid w:val="00D6562F"/>
    <w:rsid w:val="00D66030"/>
    <w:rsid w:val="00D66805"/>
    <w:rsid w:val="00D66DEC"/>
    <w:rsid w:val="00D670C1"/>
    <w:rsid w:val="00D676D8"/>
    <w:rsid w:val="00D7061C"/>
    <w:rsid w:val="00D70C2E"/>
    <w:rsid w:val="00D7186D"/>
    <w:rsid w:val="00D726AF"/>
    <w:rsid w:val="00D736D9"/>
    <w:rsid w:val="00D737C8"/>
    <w:rsid w:val="00D73878"/>
    <w:rsid w:val="00D740C7"/>
    <w:rsid w:val="00D77952"/>
    <w:rsid w:val="00D77AC9"/>
    <w:rsid w:val="00D80CB9"/>
    <w:rsid w:val="00D810E3"/>
    <w:rsid w:val="00D812E5"/>
    <w:rsid w:val="00D82B9D"/>
    <w:rsid w:val="00D846B2"/>
    <w:rsid w:val="00D85CE6"/>
    <w:rsid w:val="00D9057B"/>
    <w:rsid w:val="00D9181C"/>
    <w:rsid w:val="00D91FB8"/>
    <w:rsid w:val="00D920D9"/>
    <w:rsid w:val="00D92961"/>
    <w:rsid w:val="00D930C6"/>
    <w:rsid w:val="00D945D8"/>
    <w:rsid w:val="00D9755F"/>
    <w:rsid w:val="00D97CCF"/>
    <w:rsid w:val="00DA026D"/>
    <w:rsid w:val="00DA111E"/>
    <w:rsid w:val="00DA1B36"/>
    <w:rsid w:val="00DA2E41"/>
    <w:rsid w:val="00DA395C"/>
    <w:rsid w:val="00DA4390"/>
    <w:rsid w:val="00DA4BC2"/>
    <w:rsid w:val="00DA54D2"/>
    <w:rsid w:val="00DA60EA"/>
    <w:rsid w:val="00DA616F"/>
    <w:rsid w:val="00DA7D5A"/>
    <w:rsid w:val="00DB0C44"/>
    <w:rsid w:val="00DB1B8F"/>
    <w:rsid w:val="00DB1DE6"/>
    <w:rsid w:val="00DB2207"/>
    <w:rsid w:val="00DB3B03"/>
    <w:rsid w:val="00DB459D"/>
    <w:rsid w:val="00DB46B5"/>
    <w:rsid w:val="00DC019E"/>
    <w:rsid w:val="00DC0F60"/>
    <w:rsid w:val="00DC1A20"/>
    <w:rsid w:val="00DC1D63"/>
    <w:rsid w:val="00DC2B15"/>
    <w:rsid w:val="00DC3BD9"/>
    <w:rsid w:val="00DC3BF1"/>
    <w:rsid w:val="00DC3EF3"/>
    <w:rsid w:val="00DC42DF"/>
    <w:rsid w:val="00DC42E3"/>
    <w:rsid w:val="00DC4741"/>
    <w:rsid w:val="00DC4D0B"/>
    <w:rsid w:val="00DC5109"/>
    <w:rsid w:val="00DC5110"/>
    <w:rsid w:val="00DC55D8"/>
    <w:rsid w:val="00DC57DF"/>
    <w:rsid w:val="00DC62D3"/>
    <w:rsid w:val="00DC6D90"/>
    <w:rsid w:val="00DC76FF"/>
    <w:rsid w:val="00DC7A6D"/>
    <w:rsid w:val="00DC7B71"/>
    <w:rsid w:val="00DD0B00"/>
    <w:rsid w:val="00DD1C23"/>
    <w:rsid w:val="00DD20E8"/>
    <w:rsid w:val="00DD248B"/>
    <w:rsid w:val="00DD27D4"/>
    <w:rsid w:val="00DD305D"/>
    <w:rsid w:val="00DD381F"/>
    <w:rsid w:val="00DD57A4"/>
    <w:rsid w:val="00DD5AF2"/>
    <w:rsid w:val="00DD63C5"/>
    <w:rsid w:val="00DD63DA"/>
    <w:rsid w:val="00DD7FF7"/>
    <w:rsid w:val="00DE1A1E"/>
    <w:rsid w:val="00DE1E27"/>
    <w:rsid w:val="00DE21E6"/>
    <w:rsid w:val="00DE26F9"/>
    <w:rsid w:val="00DE4585"/>
    <w:rsid w:val="00DE4A47"/>
    <w:rsid w:val="00DE59C7"/>
    <w:rsid w:val="00DE5B66"/>
    <w:rsid w:val="00DE5C22"/>
    <w:rsid w:val="00DE62B7"/>
    <w:rsid w:val="00DE6350"/>
    <w:rsid w:val="00DE7D8C"/>
    <w:rsid w:val="00DF04AC"/>
    <w:rsid w:val="00DF05EF"/>
    <w:rsid w:val="00DF0AA1"/>
    <w:rsid w:val="00DF0F91"/>
    <w:rsid w:val="00DF1E75"/>
    <w:rsid w:val="00DF3F55"/>
    <w:rsid w:val="00DF4C89"/>
    <w:rsid w:val="00DF684D"/>
    <w:rsid w:val="00DF6E79"/>
    <w:rsid w:val="00DF6FC6"/>
    <w:rsid w:val="00E01249"/>
    <w:rsid w:val="00E014BB"/>
    <w:rsid w:val="00E015F4"/>
    <w:rsid w:val="00E0380B"/>
    <w:rsid w:val="00E045E2"/>
    <w:rsid w:val="00E06071"/>
    <w:rsid w:val="00E06505"/>
    <w:rsid w:val="00E07526"/>
    <w:rsid w:val="00E11EC6"/>
    <w:rsid w:val="00E13282"/>
    <w:rsid w:val="00E14928"/>
    <w:rsid w:val="00E14E6F"/>
    <w:rsid w:val="00E151B0"/>
    <w:rsid w:val="00E1556E"/>
    <w:rsid w:val="00E17793"/>
    <w:rsid w:val="00E2118A"/>
    <w:rsid w:val="00E21D03"/>
    <w:rsid w:val="00E24454"/>
    <w:rsid w:val="00E26F5B"/>
    <w:rsid w:val="00E2756C"/>
    <w:rsid w:val="00E30890"/>
    <w:rsid w:val="00E308B0"/>
    <w:rsid w:val="00E31CA3"/>
    <w:rsid w:val="00E333DA"/>
    <w:rsid w:val="00E33F0A"/>
    <w:rsid w:val="00E34120"/>
    <w:rsid w:val="00E3642F"/>
    <w:rsid w:val="00E37E24"/>
    <w:rsid w:val="00E4212B"/>
    <w:rsid w:val="00E438B5"/>
    <w:rsid w:val="00E43DA0"/>
    <w:rsid w:val="00E44758"/>
    <w:rsid w:val="00E4614C"/>
    <w:rsid w:val="00E5003B"/>
    <w:rsid w:val="00E50904"/>
    <w:rsid w:val="00E50F33"/>
    <w:rsid w:val="00E51702"/>
    <w:rsid w:val="00E522A4"/>
    <w:rsid w:val="00E52341"/>
    <w:rsid w:val="00E52496"/>
    <w:rsid w:val="00E52580"/>
    <w:rsid w:val="00E5278A"/>
    <w:rsid w:val="00E54C8A"/>
    <w:rsid w:val="00E54F25"/>
    <w:rsid w:val="00E5610A"/>
    <w:rsid w:val="00E56702"/>
    <w:rsid w:val="00E57004"/>
    <w:rsid w:val="00E5754B"/>
    <w:rsid w:val="00E60C97"/>
    <w:rsid w:val="00E61EFF"/>
    <w:rsid w:val="00E62D70"/>
    <w:rsid w:val="00E64CD9"/>
    <w:rsid w:val="00E65447"/>
    <w:rsid w:val="00E66D73"/>
    <w:rsid w:val="00E674D5"/>
    <w:rsid w:val="00E67C7F"/>
    <w:rsid w:val="00E67DFD"/>
    <w:rsid w:val="00E67ECC"/>
    <w:rsid w:val="00E704C8"/>
    <w:rsid w:val="00E707CC"/>
    <w:rsid w:val="00E70E0B"/>
    <w:rsid w:val="00E71324"/>
    <w:rsid w:val="00E71531"/>
    <w:rsid w:val="00E72914"/>
    <w:rsid w:val="00E72AEB"/>
    <w:rsid w:val="00E73303"/>
    <w:rsid w:val="00E73D8E"/>
    <w:rsid w:val="00E73E79"/>
    <w:rsid w:val="00E740A9"/>
    <w:rsid w:val="00E74E19"/>
    <w:rsid w:val="00E75490"/>
    <w:rsid w:val="00E76C15"/>
    <w:rsid w:val="00E77840"/>
    <w:rsid w:val="00E803B3"/>
    <w:rsid w:val="00E8159A"/>
    <w:rsid w:val="00E81E4C"/>
    <w:rsid w:val="00E8341D"/>
    <w:rsid w:val="00E83FA8"/>
    <w:rsid w:val="00E84B7A"/>
    <w:rsid w:val="00E858ED"/>
    <w:rsid w:val="00E85A73"/>
    <w:rsid w:val="00E87F1B"/>
    <w:rsid w:val="00E9262B"/>
    <w:rsid w:val="00E92A4C"/>
    <w:rsid w:val="00E92A75"/>
    <w:rsid w:val="00E92AB8"/>
    <w:rsid w:val="00E9353B"/>
    <w:rsid w:val="00E949F6"/>
    <w:rsid w:val="00E94A2C"/>
    <w:rsid w:val="00E97216"/>
    <w:rsid w:val="00E97324"/>
    <w:rsid w:val="00EA00AD"/>
    <w:rsid w:val="00EA025C"/>
    <w:rsid w:val="00EA2499"/>
    <w:rsid w:val="00EA39D0"/>
    <w:rsid w:val="00EA3D36"/>
    <w:rsid w:val="00EA49B1"/>
    <w:rsid w:val="00EA4A65"/>
    <w:rsid w:val="00EA51CE"/>
    <w:rsid w:val="00EA73E3"/>
    <w:rsid w:val="00EB0CEE"/>
    <w:rsid w:val="00EB0E5A"/>
    <w:rsid w:val="00EB1699"/>
    <w:rsid w:val="00EB16D6"/>
    <w:rsid w:val="00EB174C"/>
    <w:rsid w:val="00EB1858"/>
    <w:rsid w:val="00EB19F5"/>
    <w:rsid w:val="00EB2BB7"/>
    <w:rsid w:val="00EB2EDA"/>
    <w:rsid w:val="00EB3B3C"/>
    <w:rsid w:val="00EB45C0"/>
    <w:rsid w:val="00EB4622"/>
    <w:rsid w:val="00EB60AA"/>
    <w:rsid w:val="00EB7266"/>
    <w:rsid w:val="00EC08FD"/>
    <w:rsid w:val="00EC13EC"/>
    <w:rsid w:val="00EC383E"/>
    <w:rsid w:val="00EC4B05"/>
    <w:rsid w:val="00EC5084"/>
    <w:rsid w:val="00ED0D6A"/>
    <w:rsid w:val="00ED2687"/>
    <w:rsid w:val="00ED2B11"/>
    <w:rsid w:val="00ED33C1"/>
    <w:rsid w:val="00ED3D1E"/>
    <w:rsid w:val="00ED3F50"/>
    <w:rsid w:val="00ED42C1"/>
    <w:rsid w:val="00ED44C3"/>
    <w:rsid w:val="00ED4511"/>
    <w:rsid w:val="00ED59BF"/>
    <w:rsid w:val="00ED6BAA"/>
    <w:rsid w:val="00ED72CC"/>
    <w:rsid w:val="00ED7814"/>
    <w:rsid w:val="00ED7978"/>
    <w:rsid w:val="00ED7CAD"/>
    <w:rsid w:val="00EE2A64"/>
    <w:rsid w:val="00EE2E8F"/>
    <w:rsid w:val="00EE3B39"/>
    <w:rsid w:val="00EE537A"/>
    <w:rsid w:val="00EE6F16"/>
    <w:rsid w:val="00EE7361"/>
    <w:rsid w:val="00EF04C6"/>
    <w:rsid w:val="00EF078B"/>
    <w:rsid w:val="00EF0BF5"/>
    <w:rsid w:val="00EF1443"/>
    <w:rsid w:val="00EF165B"/>
    <w:rsid w:val="00EF18C6"/>
    <w:rsid w:val="00EF374A"/>
    <w:rsid w:val="00EF381E"/>
    <w:rsid w:val="00EF4B75"/>
    <w:rsid w:val="00EF52A4"/>
    <w:rsid w:val="00EF613C"/>
    <w:rsid w:val="00EF7BE0"/>
    <w:rsid w:val="00F002C6"/>
    <w:rsid w:val="00F00409"/>
    <w:rsid w:val="00F02D6F"/>
    <w:rsid w:val="00F03200"/>
    <w:rsid w:val="00F0341F"/>
    <w:rsid w:val="00F035EC"/>
    <w:rsid w:val="00F03C0A"/>
    <w:rsid w:val="00F03E69"/>
    <w:rsid w:val="00F0478E"/>
    <w:rsid w:val="00F0494A"/>
    <w:rsid w:val="00F04A46"/>
    <w:rsid w:val="00F04EEB"/>
    <w:rsid w:val="00F056D3"/>
    <w:rsid w:val="00F05CAD"/>
    <w:rsid w:val="00F069DF"/>
    <w:rsid w:val="00F06ACA"/>
    <w:rsid w:val="00F077C1"/>
    <w:rsid w:val="00F0791C"/>
    <w:rsid w:val="00F11153"/>
    <w:rsid w:val="00F11A32"/>
    <w:rsid w:val="00F11DB8"/>
    <w:rsid w:val="00F12C9B"/>
    <w:rsid w:val="00F12DCA"/>
    <w:rsid w:val="00F13314"/>
    <w:rsid w:val="00F139C2"/>
    <w:rsid w:val="00F14651"/>
    <w:rsid w:val="00F166D8"/>
    <w:rsid w:val="00F1693C"/>
    <w:rsid w:val="00F16E22"/>
    <w:rsid w:val="00F1753F"/>
    <w:rsid w:val="00F17A9B"/>
    <w:rsid w:val="00F17AA2"/>
    <w:rsid w:val="00F17CA8"/>
    <w:rsid w:val="00F204DD"/>
    <w:rsid w:val="00F211D8"/>
    <w:rsid w:val="00F216E1"/>
    <w:rsid w:val="00F218E3"/>
    <w:rsid w:val="00F22F5A"/>
    <w:rsid w:val="00F23FA4"/>
    <w:rsid w:val="00F242D9"/>
    <w:rsid w:val="00F248CA"/>
    <w:rsid w:val="00F251C1"/>
    <w:rsid w:val="00F268DB"/>
    <w:rsid w:val="00F274BB"/>
    <w:rsid w:val="00F2775F"/>
    <w:rsid w:val="00F27EBB"/>
    <w:rsid w:val="00F30D49"/>
    <w:rsid w:val="00F31244"/>
    <w:rsid w:val="00F31465"/>
    <w:rsid w:val="00F32042"/>
    <w:rsid w:val="00F320B7"/>
    <w:rsid w:val="00F320D9"/>
    <w:rsid w:val="00F335A3"/>
    <w:rsid w:val="00F3381C"/>
    <w:rsid w:val="00F340B4"/>
    <w:rsid w:val="00F3439B"/>
    <w:rsid w:val="00F34A6E"/>
    <w:rsid w:val="00F34B30"/>
    <w:rsid w:val="00F34D68"/>
    <w:rsid w:val="00F3715E"/>
    <w:rsid w:val="00F37F79"/>
    <w:rsid w:val="00F40A49"/>
    <w:rsid w:val="00F41502"/>
    <w:rsid w:val="00F41FB9"/>
    <w:rsid w:val="00F45C2C"/>
    <w:rsid w:val="00F46270"/>
    <w:rsid w:val="00F47ABC"/>
    <w:rsid w:val="00F50981"/>
    <w:rsid w:val="00F51463"/>
    <w:rsid w:val="00F52E73"/>
    <w:rsid w:val="00F52EC8"/>
    <w:rsid w:val="00F536A8"/>
    <w:rsid w:val="00F53BC7"/>
    <w:rsid w:val="00F53FDF"/>
    <w:rsid w:val="00F56BB0"/>
    <w:rsid w:val="00F56F5D"/>
    <w:rsid w:val="00F57100"/>
    <w:rsid w:val="00F60553"/>
    <w:rsid w:val="00F60FA8"/>
    <w:rsid w:val="00F61DE0"/>
    <w:rsid w:val="00F622CF"/>
    <w:rsid w:val="00F62812"/>
    <w:rsid w:val="00F660FD"/>
    <w:rsid w:val="00F661EA"/>
    <w:rsid w:val="00F667B7"/>
    <w:rsid w:val="00F6747B"/>
    <w:rsid w:val="00F67BC5"/>
    <w:rsid w:val="00F67DE2"/>
    <w:rsid w:val="00F72E0C"/>
    <w:rsid w:val="00F73668"/>
    <w:rsid w:val="00F73D88"/>
    <w:rsid w:val="00F748C4"/>
    <w:rsid w:val="00F750B6"/>
    <w:rsid w:val="00F75622"/>
    <w:rsid w:val="00F776A3"/>
    <w:rsid w:val="00F8048D"/>
    <w:rsid w:val="00F80780"/>
    <w:rsid w:val="00F807C3"/>
    <w:rsid w:val="00F808C5"/>
    <w:rsid w:val="00F80DC3"/>
    <w:rsid w:val="00F8149A"/>
    <w:rsid w:val="00F8620B"/>
    <w:rsid w:val="00F868AA"/>
    <w:rsid w:val="00F872A8"/>
    <w:rsid w:val="00F87405"/>
    <w:rsid w:val="00F874CA"/>
    <w:rsid w:val="00F879E1"/>
    <w:rsid w:val="00F87B1E"/>
    <w:rsid w:val="00F90243"/>
    <w:rsid w:val="00F9125F"/>
    <w:rsid w:val="00F91B52"/>
    <w:rsid w:val="00F91C8C"/>
    <w:rsid w:val="00F92A3F"/>
    <w:rsid w:val="00F92FA8"/>
    <w:rsid w:val="00F9304C"/>
    <w:rsid w:val="00F962AF"/>
    <w:rsid w:val="00F96487"/>
    <w:rsid w:val="00F9700B"/>
    <w:rsid w:val="00F97BDF"/>
    <w:rsid w:val="00FA01FA"/>
    <w:rsid w:val="00FA0BEC"/>
    <w:rsid w:val="00FA1A0F"/>
    <w:rsid w:val="00FA243A"/>
    <w:rsid w:val="00FA26BE"/>
    <w:rsid w:val="00FA3A24"/>
    <w:rsid w:val="00FA42FB"/>
    <w:rsid w:val="00FA565F"/>
    <w:rsid w:val="00FA5F62"/>
    <w:rsid w:val="00FA7086"/>
    <w:rsid w:val="00FA7479"/>
    <w:rsid w:val="00FA7916"/>
    <w:rsid w:val="00FB222B"/>
    <w:rsid w:val="00FB280E"/>
    <w:rsid w:val="00FB2AC8"/>
    <w:rsid w:val="00FB35CC"/>
    <w:rsid w:val="00FB3746"/>
    <w:rsid w:val="00FB42E6"/>
    <w:rsid w:val="00FB4D4E"/>
    <w:rsid w:val="00FB51FD"/>
    <w:rsid w:val="00FB55C4"/>
    <w:rsid w:val="00FB55E5"/>
    <w:rsid w:val="00FB581D"/>
    <w:rsid w:val="00FB7521"/>
    <w:rsid w:val="00FB7B41"/>
    <w:rsid w:val="00FC002F"/>
    <w:rsid w:val="00FC0D3E"/>
    <w:rsid w:val="00FC1EF7"/>
    <w:rsid w:val="00FC1FA4"/>
    <w:rsid w:val="00FC4B54"/>
    <w:rsid w:val="00FC4FDF"/>
    <w:rsid w:val="00FC5B3A"/>
    <w:rsid w:val="00FC704A"/>
    <w:rsid w:val="00FD0119"/>
    <w:rsid w:val="00FD11FE"/>
    <w:rsid w:val="00FD16CC"/>
    <w:rsid w:val="00FD23E9"/>
    <w:rsid w:val="00FD3A7E"/>
    <w:rsid w:val="00FD40CA"/>
    <w:rsid w:val="00FD4119"/>
    <w:rsid w:val="00FD4690"/>
    <w:rsid w:val="00FD5C1F"/>
    <w:rsid w:val="00FD6D9F"/>
    <w:rsid w:val="00FD7CAA"/>
    <w:rsid w:val="00FE00A2"/>
    <w:rsid w:val="00FE0B3C"/>
    <w:rsid w:val="00FE19C6"/>
    <w:rsid w:val="00FE20D0"/>
    <w:rsid w:val="00FE31CA"/>
    <w:rsid w:val="00FE370C"/>
    <w:rsid w:val="00FE3D31"/>
    <w:rsid w:val="00FE4B75"/>
    <w:rsid w:val="00FE6A41"/>
    <w:rsid w:val="00FE6B71"/>
    <w:rsid w:val="00FF0A52"/>
    <w:rsid w:val="00FF205E"/>
    <w:rsid w:val="00FF2218"/>
    <w:rsid w:val="00FF2D11"/>
    <w:rsid w:val="00FF3A05"/>
    <w:rsid w:val="00FF3C99"/>
    <w:rsid w:val="00FF4C25"/>
    <w:rsid w:val="00FF587F"/>
    <w:rsid w:val="00FF6A95"/>
    <w:rsid w:val="00FF7541"/>
    <w:rsid w:val="00FF7DB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14:docId w14:val="776C0E5F"/>
  <w15:docId w15:val="{995C3059-0D92-4F60-A4A8-83006C49B3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rsid w:val="00D209CE"/>
    <w:rPr>
      <w:lang w:val="ru-RU" w:eastAsia="ru-RU"/>
    </w:rPr>
  </w:style>
  <w:style w:type="paragraph" w:styleId="1">
    <w:name w:val="heading 1"/>
    <w:basedOn w:val="a1"/>
    <w:next w:val="a1"/>
    <w:link w:val="10"/>
    <w:uiPriority w:val="9"/>
    <w:qFormat/>
    <w:rsid w:val="00F622CF"/>
    <w:pPr>
      <w:keepNext/>
      <w:ind w:left="5812"/>
      <w:outlineLvl w:val="0"/>
    </w:pPr>
    <w:rPr>
      <w:sz w:val="26"/>
      <w:szCs w:val="26"/>
      <w:lang w:val="uk-UA" w:eastAsia="uk-UA"/>
    </w:rPr>
  </w:style>
  <w:style w:type="paragraph" w:styleId="21">
    <w:name w:val="heading 2"/>
    <w:basedOn w:val="a1"/>
    <w:next w:val="a1"/>
    <w:link w:val="22"/>
    <w:uiPriority w:val="9"/>
    <w:qFormat/>
    <w:rsid w:val="00BC7B4D"/>
    <w:pPr>
      <w:keepNext/>
      <w:numPr>
        <w:ilvl w:val="1"/>
        <w:numId w:val="1"/>
      </w:numPr>
      <w:suppressAutoHyphens/>
      <w:outlineLvl w:val="1"/>
    </w:pPr>
    <w:rPr>
      <w:sz w:val="26"/>
      <w:szCs w:val="26"/>
      <w:lang w:val="uk-UA" w:eastAsia="ar-SA"/>
    </w:rPr>
  </w:style>
  <w:style w:type="paragraph" w:styleId="31">
    <w:name w:val="heading 3"/>
    <w:basedOn w:val="a1"/>
    <w:next w:val="a1"/>
    <w:link w:val="32"/>
    <w:uiPriority w:val="9"/>
    <w:unhideWhenUsed/>
    <w:qFormat/>
    <w:rsid w:val="009E02DB"/>
    <w:pPr>
      <w:keepNext/>
      <w:suppressAutoHyphens/>
      <w:spacing w:before="240" w:after="60"/>
      <w:outlineLvl w:val="2"/>
    </w:pPr>
    <w:rPr>
      <w:rFonts w:asciiTheme="majorHAnsi" w:eastAsiaTheme="majorEastAsia" w:hAnsiTheme="majorHAnsi"/>
      <w:b/>
      <w:bCs/>
      <w:sz w:val="26"/>
      <w:szCs w:val="26"/>
      <w:lang w:eastAsia="ar-SA"/>
    </w:rPr>
  </w:style>
  <w:style w:type="paragraph" w:styleId="4">
    <w:name w:val="heading 4"/>
    <w:basedOn w:val="a1"/>
    <w:next w:val="a1"/>
    <w:link w:val="40"/>
    <w:uiPriority w:val="9"/>
    <w:qFormat/>
    <w:rsid w:val="00D740C7"/>
    <w:pPr>
      <w:keepNext/>
      <w:tabs>
        <w:tab w:val="left" w:pos="1134"/>
      </w:tabs>
      <w:jc w:val="center"/>
      <w:outlineLvl w:val="3"/>
    </w:pPr>
    <w:rPr>
      <w:sz w:val="26"/>
      <w:szCs w:val="26"/>
      <w:u w:val="single"/>
      <w:lang w:val="uk-UA" w:eastAsia="uk-UA"/>
    </w:rPr>
  </w:style>
  <w:style w:type="paragraph" w:styleId="5">
    <w:name w:val="heading 5"/>
    <w:basedOn w:val="a1"/>
    <w:next w:val="a1"/>
    <w:link w:val="50"/>
    <w:uiPriority w:val="9"/>
    <w:qFormat/>
    <w:rsid w:val="00D740C7"/>
    <w:pPr>
      <w:keepNext/>
      <w:tabs>
        <w:tab w:val="left" w:pos="4678"/>
      </w:tabs>
      <w:jc w:val="center"/>
      <w:outlineLvl w:val="4"/>
    </w:pPr>
    <w:rPr>
      <w:color w:val="000000"/>
      <w:sz w:val="28"/>
      <w:szCs w:val="28"/>
      <w:lang w:val="uk-UA"/>
    </w:rPr>
  </w:style>
  <w:style w:type="paragraph" w:styleId="6">
    <w:name w:val="heading 6"/>
    <w:basedOn w:val="a1"/>
    <w:next w:val="a1"/>
    <w:link w:val="60"/>
    <w:uiPriority w:val="9"/>
    <w:unhideWhenUsed/>
    <w:qFormat/>
    <w:rsid w:val="00D60488"/>
    <w:pPr>
      <w:suppressAutoHyphens/>
      <w:spacing w:before="240" w:after="60"/>
      <w:outlineLvl w:val="5"/>
    </w:pPr>
    <w:rPr>
      <w:rFonts w:asciiTheme="minorHAnsi" w:eastAsiaTheme="minorEastAsia" w:hAnsiTheme="minorHAnsi"/>
      <w:b/>
      <w:bCs/>
      <w:sz w:val="22"/>
      <w:szCs w:val="22"/>
      <w:lang w:eastAsia="ar-SA"/>
    </w:rPr>
  </w:style>
  <w:style w:type="paragraph" w:styleId="7">
    <w:name w:val="heading 7"/>
    <w:basedOn w:val="a1"/>
    <w:next w:val="a1"/>
    <w:link w:val="70"/>
    <w:uiPriority w:val="9"/>
    <w:qFormat/>
    <w:rsid w:val="00D740C7"/>
    <w:pPr>
      <w:spacing w:before="240" w:after="60"/>
      <w:outlineLvl w:val="6"/>
    </w:pPr>
    <w:rPr>
      <w:sz w:val="24"/>
      <w:szCs w:val="24"/>
      <w:lang w:val="uk-UA" w:eastAsia="uk-UA"/>
    </w:rPr>
  </w:style>
  <w:style w:type="paragraph" w:styleId="8">
    <w:name w:val="heading 8"/>
    <w:basedOn w:val="a1"/>
    <w:next w:val="a1"/>
    <w:link w:val="80"/>
    <w:uiPriority w:val="9"/>
    <w:semiHidden/>
    <w:unhideWhenUsed/>
    <w:qFormat/>
    <w:rsid w:val="00DC62D3"/>
    <w:pPr>
      <w:keepNext/>
      <w:keepLines/>
      <w:spacing w:before="200" w:line="276" w:lineRule="auto"/>
      <w:outlineLvl w:val="7"/>
    </w:pPr>
    <w:rPr>
      <w:rFonts w:asciiTheme="majorHAnsi" w:eastAsiaTheme="majorEastAsia" w:hAnsiTheme="majorHAnsi" w:cstheme="majorBidi"/>
      <w:color w:val="5B9BD5" w:themeColor="accent1"/>
      <w:lang w:val="en-US" w:eastAsia="en-US"/>
    </w:rPr>
  </w:style>
  <w:style w:type="paragraph" w:styleId="9">
    <w:name w:val="heading 9"/>
    <w:basedOn w:val="a1"/>
    <w:next w:val="a1"/>
    <w:link w:val="90"/>
    <w:uiPriority w:val="9"/>
    <w:semiHidden/>
    <w:unhideWhenUsed/>
    <w:qFormat/>
    <w:rsid w:val="00DC62D3"/>
    <w:pPr>
      <w:keepNext/>
      <w:keepLines/>
      <w:spacing w:before="200" w:line="276" w:lineRule="auto"/>
      <w:outlineLvl w:val="8"/>
    </w:pPr>
    <w:rPr>
      <w:rFonts w:asciiTheme="majorHAnsi" w:eastAsiaTheme="majorEastAsia" w:hAnsiTheme="majorHAnsi" w:cstheme="majorBidi"/>
      <w:i/>
      <w:iCs/>
      <w:color w:val="404040" w:themeColor="text1" w:themeTint="BF"/>
      <w:lang w:val="en-US" w:eastAsia="en-US"/>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basedOn w:val="a2"/>
    <w:link w:val="1"/>
    <w:uiPriority w:val="9"/>
    <w:locked/>
    <w:rsid w:val="00F622CF"/>
    <w:rPr>
      <w:rFonts w:cs="Times New Roman"/>
      <w:sz w:val="26"/>
      <w:szCs w:val="26"/>
    </w:rPr>
  </w:style>
  <w:style w:type="character" w:customStyle="1" w:styleId="22">
    <w:name w:val="Заголовок 2 Знак"/>
    <w:basedOn w:val="a2"/>
    <w:link w:val="21"/>
    <w:uiPriority w:val="9"/>
    <w:qFormat/>
    <w:locked/>
    <w:rsid w:val="00BC7B4D"/>
    <w:rPr>
      <w:rFonts w:cs="Times New Roman"/>
      <w:sz w:val="26"/>
      <w:szCs w:val="26"/>
      <w:lang w:eastAsia="ar-SA" w:bidi="ar-SA"/>
    </w:rPr>
  </w:style>
  <w:style w:type="character" w:customStyle="1" w:styleId="32">
    <w:name w:val="Заголовок 3 Знак"/>
    <w:basedOn w:val="a2"/>
    <w:link w:val="31"/>
    <w:uiPriority w:val="9"/>
    <w:locked/>
    <w:rsid w:val="009E02DB"/>
    <w:rPr>
      <w:rFonts w:asciiTheme="majorHAnsi" w:eastAsiaTheme="majorEastAsia" w:hAnsiTheme="majorHAnsi" w:cs="Times New Roman"/>
      <w:b/>
      <w:bCs/>
      <w:sz w:val="26"/>
      <w:szCs w:val="26"/>
      <w:lang w:val="ru-RU" w:eastAsia="ar-SA" w:bidi="ar-SA"/>
    </w:rPr>
  </w:style>
  <w:style w:type="character" w:customStyle="1" w:styleId="40">
    <w:name w:val="Заголовок 4 Знак"/>
    <w:basedOn w:val="a2"/>
    <w:link w:val="4"/>
    <w:uiPriority w:val="9"/>
    <w:locked/>
    <w:rsid w:val="00D740C7"/>
    <w:rPr>
      <w:rFonts w:cs="Times New Roman"/>
      <w:sz w:val="26"/>
      <w:szCs w:val="26"/>
      <w:u w:val="single"/>
    </w:rPr>
  </w:style>
  <w:style w:type="character" w:customStyle="1" w:styleId="50">
    <w:name w:val="Заголовок 5 Знак"/>
    <w:basedOn w:val="a2"/>
    <w:link w:val="5"/>
    <w:uiPriority w:val="9"/>
    <w:locked/>
    <w:rsid w:val="00D740C7"/>
    <w:rPr>
      <w:rFonts w:cs="Times New Roman"/>
      <w:color w:val="000000"/>
      <w:sz w:val="28"/>
      <w:szCs w:val="28"/>
      <w:lang w:eastAsia="ru-RU"/>
    </w:rPr>
  </w:style>
  <w:style w:type="character" w:customStyle="1" w:styleId="60">
    <w:name w:val="Заголовок 6 Знак"/>
    <w:basedOn w:val="a2"/>
    <w:link w:val="6"/>
    <w:uiPriority w:val="9"/>
    <w:semiHidden/>
    <w:locked/>
    <w:rsid w:val="00D60488"/>
    <w:rPr>
      <w:rFonts w:asciiTheme="minorHAnsi" w:eastAsiaTheme="minorEastAsia" w:hAnsiTheme="minorHAnsi" w:cs="Times New Roman"/>
      <w:b/>
      <w:bCs/>
      <w:sz w:val="22"/>
      <w:szCs w:val="22"/>
      <w:lang w:val="ru-RU" w:eastAsia="ar-SA" w:bidi="ar-SA"/>
    </w:rPr>
  </w:style>
  <w:style w:type="character" w:customStyle="1" w:styleId="70">
    <w:name w:val="Заголовок 7 Знак"/>
    <w:basedOn w:val="a2"/>
    <w:link w:val="7"/>
    <w:uiPriority w:val="9"/>
    <w:locked/>
    <w:rsid w:val="00D740C7"/>
    <w:rPr>
      <w:rFonts w:cs="Times New Roman"/>
      <w:sz w:val="24"/>
      <w:szCs w:val="24"/>
    </w:rPr>
  </w:style>
  <w:style w:type="character" w:customStyle="1" w:styleId="WW8Num3z0">
    <w:name w:val="WW8Num3z0"/>
    <w:rsid w:val="00BC7B4D"/>
  </w:style>
  <w:style w:type="character" w:customStyle="1" w:styleId="WW8Num2z0">
    <w:name w:val="WW8Num2z0"/>
    <w:rsid w:val="00BC7B4D"/>
    <w:rPr>
      <w:b/>
    </w:rPr>
  </w:style>
  <w:style w:type="character" w:customStyle="1" w:styleId="WW8Num4z1">
    <w:name w:val="WW8Num4z1"/>
    <w:rsid w:val="00BC7B4D"/>
    <w:rPr>
      <w:rFonts w:ascii="Times New Roman" w:hAnsi="Times New Roman"/>
    </w:rPr>
  </w:style>
  <w:style w:type="character" w:customStyle="1" w:styleId="WW8Num6z0">
    <w:name w:val="WW8Num6z0"/>
    <w:rsid w:val="00BC7B4D"/>
    <w:rPr>
      <w:b/>
    </w:rPr>
  </w:style>
  <w:style w:type="character" w:customStyle="1" w:styleId="11">
    <w:name w:val="Основной шрифт абзаца1"/>
    <w:rsid w:val="00BC7B4D"/>
  </w:style>
  <w:style w:type="character" w:customStyle="1" w:styleId="a5">
    <w:name w:val="Знак Знак"/>
    <w:rsid w:val="00BC7B4D"/>
    <w:rPr>
      <w:rFonts w:ascii="Times New Roman" w:hAnsi="Times New Roman"/>
      <w:sz w:val="26"/>
      <w:lang w:val="uk-UA"/>
    </w:rPr>
  </w:style>
  <w:style w:type="character" w:styleId="a6">
    <w:name w:val="Hyperlink"/>
    <w:basedOn w:val="a2"/>
    <w:uiPriority w:val="99"/>
    <w:rsid w:val="00BC7B4D"/>
    <w:rPr>
      <w:rFonts w:cs="Times New Roman"/>
      <w:color w:val="0000FF"/>
      <w:u w:val="single"/>
    </w:rPr>
  </w:style>
  <w:style w:type="character" w:customStyle="1" w:styleId="a7">
    <w:name w:val="Символ сноски"/>
    <w:rsid w:val="00BC7B4D"/>
  </w:style>
  <w:style w:type="character" w:customStyle="1" w:styleId="a8">
    <w:name w:val="Символы концевой сноски"/>
    <w:rsid w:val="00BC7B4D"/>
  </w:style>
  <w:style w:type="character" w:customStyle="1" w:styleId="a9">
    <w:name w:val="Символ нумерации"/>
    <w:rsid w:val="00BC7B4D"/>
  </w:style>
  <w:style w:type="paragraph" w:customStyle="1" w:styleId="12">
    <w:name w:val="Заголовок1"/>
    <w:basedOn w:val="a1"/>
    <w:next w:val="aa"/>
    <w:rsid w:val="00BC7B4D"/>
    <w:pPr>
      <w:keepNext/>
      <w:suppressAutoHyphens/>
      <w:spacing w:before="240" w:after="120"/>
    </w:pPr>
    <w:rPr>
      <w:rFonts w:ascii="Arial" w:hAnsi="Arial" w:cs="Mangal"/>
      <w:sz w:val="28"/>
      <w:szCs w:val="28"/>
      <w:lang w:eastAsia="ar-SA"/>
    </w:rPr>
  </w:style>
  <w:style w:type="paragraph" w:styleId="aa">
    <w:name w:val="Body Text"/>
    <w:basedOn w:val="a1"/>
    <w:link w:val="ab"/>
    <w:uiPriority w:val="99"/>
    <w:rsid w:val="00BC7B4D"/>
    <w:pPr>
      <w:suppressAutoHyphens/>
      <w:spacing w:after="120"/>
    </w:pPr>
    <w:rPr>
      <w:lang w:eastAsia="ar-SA"/>
    </w:rPr>
  </w:style>
  <w:style w:type="character" w:customStyle="1" w:styleId="ab">
    <w:name w:val="Основний текст Знак"/>
    <w:basedOn w:val="a2"/>
    <w:link w:val="aa"/>
    <w:uiPriority w:val="99"/>
    <w:locked/>
    <w:rsid w:val="00BC7B4D"/>
    <w:rPr>
      <w:rFonts w:cs="Times New Roman"/>
      <w:lang w:val="ru-RU" w:eastAsia="ar-SA" w:bidi="ar-SA"/>
    </w:rPr>
  </w:style>
  <w:style w:type="paragraph" w:customStyle="1" w:styleId="ac">
    <w:name w:val="Название"/>
    <w:basedOn w:val="a1"/>
    <w:rsid w:val="00BC7B4D"/>
    <w:pPr>
      <w:suppressLineNumbers/>
      <w:suppressAutoHyphens/>
      <w:spacing w:before="120" w:after="120"/>
    </w:pPr>
    <w:rPr>
      <w:rFonts w:cs="Mangal"/>
      <w:i/>
      <w:iCs/>
      <w:sz w:val="24"/>
      <w:szCs w:val="24"/>
      <w:lang w:eastAsia="ar-SA"/>
    </w:rPr>
  </w:style>
  <w:style w:type="paragraph" w:customStyle="1" w:styleId="13">
    <w:name w:val="Указатель1"/>
    <w:basedOn w:val="a1"/>
    <w:rsid w:val="00BC7B4D"/>
    <w:pPr>
      <w:suppressLineNumbers/>
      <w:suppressAutoHyphens/>
    </w:pPr>
    <w:rPr>
      <w:rFonts w:cs="Mangal"/>
      <w:lang w:eastAsia="ar-SA"/>
    </w:rPr>
  </w:style>
  <w:style w:type="paragraph" w:customStyle="1" w:styleId="ad">
    <w:name w:val="Кому"/>
    <w:basedOn w:val="a1"/>
    <w:rsid w:val="00BC7B4D"/>
    <w:pPr>
      <w:widowControl w:val="0"/>
      <w:suppressAutoHyphens/>
      <w:ind w:left="5954"/>
    </w:pPr>
    <w:rPr>
      <w:b/>
      <w:kern w:val="1"/>
      <w:sz w:val="28"/>
      <w:szCs w:val="24"/>
      <w:lang w:val="uk-UA" w:eastAsia="ar-SA"/>
    </w:rPr>
  </w:style>
  <w:style w:type="paragraph" w:styleId="ae">
    <w:name w:val="List"/>
    <w:basedOn w:val="aa"/>
    <w:uiPriority w:val="99"/>
    <w:rsid w:val="00BC7B4D"/>
    <w:rPr>
      <w:rFonts w:cs="Mangal"/>
    </w:rPr>
  </w:style>
  <w:style w:type="paragraph" w:customStyle="1" w:styleId="af">
    <w:name w:val="заголов"/>
    <w:basedOn w:val="a1"/>
    <w:rsid w:val="00BC7B4D"/>
    <w:pPr>
      <w:widowControl w:val="0"/>
      <w:suppressAutoHyphens/>
      <w:jc w:val="center"/>
    </w:pPr>
    <w:rPr>
      <w:b/>
      <w:kern w:val="1"/>
      <w:sz w:val="24"/>
      <w:szCs w:val="24"/>
      <w:lang w:val="uk-UA" w:eastAsia="ar-SA"/>
    </w:rPr>
  </w:style>
  <w:style w:type="paragraph" w:customStyle="1" w:styleId="310">
    <w:name w:val="Основной текст 31"/>
    <w:basedOn w:val="a1"/>
    <w:rsid w:val="00BC7B4D"/>
    <w:pPr>
      <w:tabs>
        <w:tab w:val="left" w:pos="1134"/>
      </w:tabs>
      <w:suppressAutoHyphens/>
      <w:autoSpaceDE w:val="0"/>
      <w:jc w:val="both"/>
    </w:pPr>
    <w:rPr>
      <w:sz w:val="26"/>
      <w:szCs w:val="26"/>
      <w:lang w:val="uk-UA" w:eastAsia="ar-SA"/>
    </w:rPr>
  </w:style>
  <w:style w:type="paragraph" w:customStyle="1" w:styleId="FR1">
    <w:name w:val="FR1"/>
    <w:uiPriority w:val="99"/>
    <w:qFormat/>
    <w:rsid w:val="00BC7B4D"/>
    <w:pPr>
      <w:widowControl w:val="0"/>
      <w:suppressAutoHyphens/>
      <w:autoSpaceDE w:val="0"/>
      <w:jc w:val="center"/>
    </w:pPr>
    <w:rPr>
      <w:rFonts w:ascii="Arial" w:hAnsi="Arial" w:cs="Arial"/>
      <w:sz w:val="24"/>
      <w:szCs w:val="24"/>
      <w:lang w:eastAsia="ar-SA"/>
    </w:rPr>
  </w:style>
  <w:style w:type="paragraph" w:styleId="af0">
    <w:name w:val="header"/>
    <w:basedOn w:val="a1"/>
    <w:link w:val="af1"/>
    <w:uiPriority w:val="99"/>
    <w:rsid w:val="00BC7B4D"/>
    <w:pPr>
      <w:tabs>
        <w:tab w:val="center" w:pos="4153"/>
        <w:tab w:val="right" w:pos="8306"/>
      </w:tabs>
      <w:suppressAutoHyphens/>
    </w:pPr>
    <w:rPr>
      <w:lang w:eastAsia="ar-SA"/>
    </w:rPr>
  </w:style>
  <w:style w:type="character" w:customStyle="1" w:styleId="af1">
    <w:name w:val="Верхній колонтитул Знак"/>
    <w:basedOn w:val="a2"/>
    <w:link w:val="af0"/>
    <w:uiPriority w:val="99"/>
    <w:locked/>
    <w:rsid w:val="00646CF9"/>
    <w:rPr>
      <w:rFonts w:cs="Times New Roman"/>
      <w:sz w:val="24"/>
      <w:lang w:val="ru-RU" w:eastAsia="ar-SA" w:bidi="ar-SA"/>
    </w:rPr>
  </w:style>
  <w:style w:type="paragraph" w:customStyle="1" w:styleId="af2">
    <w:name w:val="Содержимое таблицы"/>
    <w:basedOn w:val="a1"/>
    <w:rsid w:val="00BC7B4D"/>
    <w:pPr>
      <w:suppressLineNumbers/>
      <w:suppressAutoHyphens/>
    </w:pPr>
    <w:rPr>
      <w:lang w:eastAsia="ar-SA"/>
    </w:rPr>
  </w:style>
  <w:style w:type="paragraph" w:customStyle="1" w:styleId="af3">
    <w:name w:val="Заголовок таблицы"/>
    <w:basedOn w:val="af2"/>
    <w:rsid w:val="00BC7B4D"/>
    <w:pPr>
      <w:jc w:val="center"/>
    </w:pPr>
    <w:rPr>
      <w:b/>
      <w:bCs/>
    </w:rPr>
  </w:style>
  <w:style w:type="paragraph" w:customStyle="1" w:styleId="311">
    <w:name w:val="Основной текст с отступом 31"/>
    <w:basedOn w:val="a1"/>
    <w:rsid w:val="00BC7B4D"/>
    <w:pPr>
      <w:suppressAutoHyphens/>
      <w:spacing w:after="120"/>
      <w:ind w:left="283"/>
    </w:pPr>
    <w:rPr>
      <w:sz w:val="16"/>
      <w:szCs w:val="16"/>
      <w:lang w:eastAsia="ar-SA"/>
    </w:rPr>
  </w:style>
  <w:style w:type="paragraph" w:customStyle="1" w:styleId="14">
    <w:name w:val="Знак Знак1 Знак Знак Знак Знак Знак Знак Знак Знак Знак Знак Знак"/>
    <w:basedOn w:val="a1"/>
    <w:rsid w:val="00BC7B4D"/>
    <w:pPr>
      <w:suppressAutoHyphens/>
    </w:pPr>
    <w:rPr>
      <w:rFonts w:ascii="Verdana" w:hAnsi="Verdana" w:cs="Verdana"/>
      <w:lang w:val="uk-UA" w:eastAsia="ar-SA"/>
    </w:rPr>
  </w:style>
  <w:style w:type="paragraph" w:customStyle="1" w:styleId="DefaultStyle">
    <w:name w:val="Default Style"/>
    <w:uiPriority w:val="99"/>
    <w:rsid w:val="00550CC3"/>
    <w:pPr>
      <w:widowControl w:val="0"/>
      <w:autoSpaceDE w:val="0"/>
      <w:autoSpaceDN w:val="0"/>
      <w:adjustRightInd w:val="0"/>
    </w:pPr>
    <w:rPr>
      <w:rFonts w:eastAsia="SimSun"/>
      <w:kern w:val="1"/>
      <w:sz w:val="24"/>
      <w:szCs w:val="24"/>
      <w:lang w:eastAsia="zh-CN" w:bidi="hi-IN"/>
    </w:rPr>
  </w:style>
  <w:style w:type="paragraph" w:styleId="af4">
    <w:name w:val="Balloon Text"/>
    <w:basedOn w:val="a1"/>
    <w:link w:val="af5"/>
    <w:uiPriority w:val="99"/>
    <w:unhideWhenUsed/>
    <w:rsid w:val="00430B0F"/>
    <w:pPr>
      <w:suppressAutoHyphens/>
    </w:pPr>
    <w:rPr>
      <w:rFonts w:ascii="Segoe UI" w:hAnsi="Segoe UI" w:cs="Segoe UI"/>
      <w:sz w:val="18"/>
      <w:szCs w:val="18"/>
      <w:lang w:eastAsia="ar-SA"/>
    </w:rPr>
  </w:style>
  <w:style w:type="character" w:customStyle="1" w:styleId="af5">
    <w:name w:val="Текст у виносці Знак"/>
    <w:basedOn w:val="a2"/>
    <w:link w:val="af4"/>
    <w:uiPriority w:val="99"/>
    <w:locked/>
    <w:rsid w:val="00430B0F"/>
    <w:rPr>
      <w:rFonts w:ascii="Segoe UI" w:hAnsi="Segoe UI" w:cs="Segoe UI"/>
      <w:sz w:val="18"/>
      <w:szCs w:val="18"/>
      <w:lang w:val="ru-RU" w:eastAsia="ar-SA" w:bidi="ar-SA"/>
    </w:rPr>
  </w:style>
  <w:style w:type="character" w:customStyle="1" w:styleId="rvts9">
    <w:name w:val="rvts9"/>
    <w:rsid w:val="00DA395C"/>
  </w:style>
  <w:style w:type="paragraph" w:customStyle="1" w:styleId="rvps1">
    <w:name w:val="rvps1"/>
    <w:basedOn w:val="a1"/>
    <w:rsid w:val="00DA395C"/>
    <w:pPr>
      <w:spacing w:before="100" w:beforeAutospacing="1" w:after="100" w:afterAutospacing="1"/>
    </w:pPr>
    <w:rPr>
      <w:sz w:val="24"/>
      <w:szCs w:val="24"/>
      <w:lang w:val="uk-UA" w:eastAsia="uk-UA"/>
    </w:rPr>
  </w:style>
  <w:style w:type="table" w:styleId="af6">
    <w:name w:val="Table Grid"/>
    <w:basedOn w:val="a3"/>
    <w:uiPriority w:val="59"/>
    <w:rsid w:val="0036413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7">
    <w:name w:val="List Paragraph"/>
    <w:basedOn w:val="a1"/>
    <w:uiPriority w:val="34"/>
    <w:qFormat/>
    <w:rsid w:val="00473E53"/>
    <w:pPr>
      <w:autoSpaceDN w:val="0"/>
      <w:ind w:left="720"/>
    </w:pPr>
    <w:rPr>
      <w:sz w:val="24"/>
      <w:szCs w:val="24"/>
    </w:rPr>
  </w:style>
  <w:style w:type="character" w:styleId="af8">
    <w:name w:val="Strong"/>
    <w:basedOn w:val="a2"/>
    <w:uiPriority w:val="22"/>
    <w:qFormat/>
    <w:rsid w:val="000177C1"/>
    <w:rPr>
      <w:rFonts w:cs="Times New Roman"/>
      <w:b/>
      <w:bCs/>
    </w:rPr>
  </w:style>
  <w:style w:type="character" w:customStyle="1" w:styleId="apple-converted-space">
    <w:name w:val="apple-converted-space"/>
    <w:basedOn w:val="a2"/>
    <w:rsid w:val="001F014E"/>
    <w:rPr>
      <w:rFonts w:cs="Times New Roman"/>
    </w:rPr>
  </w:style>
  <w:style w:type="paragraph" w:styleId="af9">
    <w:name w:val="No Spacing"/>
    <w:link w:val="afa"/>
    <w:uiPriority w:val="1"/>
    <w:qFormat/>
    <w:rsid w:val="001F014E"/>
    <w:rPr>
      <w:rFonts w:ascii="Calibri" w:hAnsi="Calibri"/>
      <w:sz w:val="22"/>
      <w:szCs w:val="22"/>
      <w:lang w:val="ru-RU" w:eastAsia="en-US"/>
    </w:rPr>
  </w:style>
  <w:style w:type="character" w:customStyle="1" w:styleId="afa">
    <w:name w:val="Без інтервалів Знак"/>
    <w:link w:val="af9"/>
    <w:uiPriority w:val="99"/>
    <w:locked/>
    <w:rsid w:val="00890153"/>
    <w:rPr>
      <w:rFonts w:ascii="Calibri" w:hAnsi="Calibri"/>
      <w:sz w:val="22"/>
      <w:lang w:val="ru-RU" w:eastAsia="en-US"/>
    </w:rPr>
  </w:style>
  <w:style w:type="paragraph" w:customStyle="1" w:styleId="15">
    <w:name w:val="Без интервала1"/>
    <w:qFormat/>
    <w:rsid w:val="003F4843"/>
    <w:rPr>
      <w:rFonts w:ascii="Calibri" w:eastAsia="SimSun" w:hAnsi="Calibri"/>
      <w:lang w:val="ru-RU" w:eastAsia="ru-RU"/>
    </w:rPr>
  </w:style>
  <w:style w:type="paragraph" w:styleId="23">
    <w:name w:val="Body Text 2"/>
    <w:basedOn w:val="a1"/>
    <w:link w:val="24"/>
    <w:uiPriority w:val="99"/>
    <w:unhideWhenUsed/>
    <w:rsid w:val="00411B4C"/>
    <w:pPr>
      <w:suppressAutoHyphens/>
      <w:spacing w:after="120" w:line="480" w:lineRule="auto"/>
    </w:pPr>
    <w:rPr>
      <w:lang w:eastAsia="ar-SA"/>
    </w:rPr>
  </w:style>
  <w:style w:type="character" w:customStyle="1" w:styleId="24">
    <w:name w:val="Основний текст 2 Знак"/>
    <w:basedOn w:val="a2"/>
    <w:link w:val="23"/>
    <w:uiPriority w:val="99"/>
    <w:locked/>
    <w:rsid w:val="00411B4C"/>
    <w:rPr>
      <w:rFonts w:cs="Times New Roman"/>
      <w:lang w:val="ru-RU" w:eastAsia="ar-SA" w:bidi="ar-SA"/>
    </w:rPr>
  </w:style>
  <w:style w:type="character" w:customStyle="1" w:styleId="25">
    <w:name w:val="Основной текст с отступом 2 Знак"/>
    <w:basedOn w:val="a2"/>
    <w:uiPriority w:val="99"/>
    <w:semiHidden/>
    <w:rsid w:val="00BC7B4D"/>
    <w:rPr>
      <w:rFonts w:cs="Times New Roman"/>
      <w:lang w:val="ru-RU" w:eastAsia="ar-SA" w:bidi="ar-SA"/>
    </w:rPr>
  </w:style>
  <w:style w:type="paragraph" w:customStyle="1" w:styleId="rvps2">
    <w:name w:val="rvps2"/>
    <w:basedOn w:val="a1"/>
    <w:rsid w:val="0051206B"/>
    <w:pPr>
      <w:spacing w:before="100" w:beforeAutospacing="1" w:after="100" w:afterAutospacing="1"/>
    </w:pPr>
    <w:rPr>
      <w:rFonts w:ascii="Calibri" w:eastAsia="SimSun" w:hAnsi="Calibri"/>
      <w:sz w:val="24"/>
      <w:szCs w:val="24"/>
    </w:rPr>
  </w:style>
  <w:style w:type="paragraph" w:styleId="26">
    <w:name w:val="Body Text Indent 2"/>
    <w:basedOn w:val="a1"/>
    <w:link w:val="27"/>
    <w:uiPriority w:val="99"/>
    <w:unhideWhenUsed/>
    <w:rsid w:val="00411B4C"/>
    <w:pPr>
      <w:suppressAutoHyphens/>
      <w:spacing w:after="120" w:line="480" w:lineRule="auto"/>
      <w:ind w:left="283"/>
    </w:pPr>
    <w:rPr>
      <w:lang w:eastAsia="ar-SA"/>
    </w:rPr>
  </w:style>
  <w:style w:type="character" w:customStyle="1" w:styleId="27">
    <w:name w:val="Основний текст з відступом 2 Знак"/>
    <w:basedOn w:val="a2"/>
    <w:link w:val="26"/>
    <w:uiPriority w:val="99"/>
    <w:semiHidden/>
    <w:locked/>
    <w:rsid w:val="00BC7B4D"/>
    <w:rPr>
      <w:rFonts w:cs="Times New Roman"/>
      <w:lang w:val="ru-RU" w:eastAsia="ar-SA" w:bidi="ar-SA"/>
    </w:rPr>
  </w:style>
  <w:style w:type="character" w:customStyle="1" w:styleId="216">
    <w:name w:val="Основний текст з відступом 2 Знак16"/>
    <w:basedOn w:val="a2"/>
    <w:uiPriority w:val="99"/>
    <w:semiHidden/>
    <w:rsid w:val="00BC7B4D"/>
    <w:rPr>
      <w:rFonts w:cs="Times New Roman"/>
      <w:lang w:val="ru-RU" w:eastAsia="ar-SA" w:bidi="ar-SA"/>
    </w:rPr>
  </w:style>
  <w:style w:type="character" w:customStyle="1" w:styleId="217">
    <w:name w:val="Основний текст з відступом 2 Знак17"/>
    <w:basedOn w:val="a2"/>
    <w:uiPriority w:val="99"/>
    <w:semiHidden/>
    <w:rsid w:val="00BC7B4D"/>
    <w:rPr>
      <w:rFonts w:cs="Times New Roman"/>
      <w:lang w:val="ru-RU" w:eastAsia="ar-SA" w:bidi="ar-SA"/>
    </w:rPr>
  </w:style>
  <w:style w:type="character" w:customStyle="1" w:styleId="210">
    <w:name w:val="Основний текст з відступом 2 Знак1"/>
    <w:basedOn w:val="a2"/>
    <w:uiPriority w:val="99"/>
    <w:semiHidden/>
    <w:rsid w:val="00BC7B4D"/>
    <w:rPr>
      <w:rFonts w:cs="Times New Roman"/>
      <w:lang w:val="ru-RU" w:eastAsia="ar-SA" w:bidi="ar-SA"/>
    </w:rPr>
  </w:style>
  <w:style w:type="character" w:customStyle="1" w:styleId="215">
    <w:name w:val="Основний текст з відступом 2 Знак15"/>
    <w:basedOn w:val="a2"/>
    <w:uiPriority w:val="99"/>
    <w:semiHidden/>
    <w:rsid w:val="00BC7B4D"/>
    <w:rPr>
      <w:rFonts w:cs="Times New Roman"/>
      <w:lang w:val="ru-RU" w:eastAsia="ar-SA" w:bidi="ar-SA"/>
    </w:rPr>
  </w:style>
  <w:style w:type="character" w:customStyle="1" w:styleId="214">
    <w:name w:val="Основний текст з відступом 2 Знак14"/>
    <w:basedOn w:val="a2"/>
    <w:uiPriority w:val="99"/>
    <w:semiHidden/>
    <w:rsid w:val="00BC7B4D"/>
    <w:rPr>
      <w:rFonts w:cs="Times New Roman"/>
      <w:lang w:val="ru-RU" w:eastAsia="ar-SA" w:bidi="ar-SA"/>
    </w:rPr>
  </w:style>
  <w:style w:type="character" w:customStyle="1" w:styleId="213">
    <w:name w:val="Основний текст з відступом 2 Знак13"/>
    <w:basedOn w:val="a2"/>
    <w:uiPriority w:val="99"/>
    <w:semiHidden/>
    <w:rsid w:val="00BC7B4D"/>
    <w:rPr>
      <w:rFonts w:cs="Times New Roman"/>
      <w:lang w:val="ru-RU" w:eastAsia="ar-SA" w:bidi="ar-SA"/>
    </w:rPr>
  </w:style>
  <w:style w:type="character" w:customStyle="1" w:styleId="212">
    <w:name w:val="Основний текст з відступом 2 Знак12"/>
    <w:basedOn w:val="a2"/>
    <w:uiPriority w:val="99"/>
    <w:semiHidden/>
    <w:rsid w:val="00BC7B4D"/>
    <w:rPr>
      <w:rFonts w:cs="Times New Roman"/>
      <w:lang w:val="ru-RU" w:eastAsia="ar-SA" w:bidi="ar-SA"/>
    </w:rPr>
  </w:style>
  <w:style w:type="character" w:customStyle="1" w:styleId="211">
    <w:name w:val="Основний текст з відступом 2 Знак11"/>
    <w:basedOn w:val="a2"/>
    <w:uiPriority w:val="99"/>
    <w:semiHidden/>
    <w:rsid w:val="00BC7B4D"/>
    <w:rPr>
      <w:rFonts w:cs="Times New Roman"/>
      <w:lang w:val="ru-RU" w:eastAsia="ar-SA" w:bidi="ar-SA"/>
    </w:rPr>
  </w:style>
  <w:style w:type="character" w:customStyle="1" w:styleId="xfm63722661">
    <w:name w:val="xfm_63722661"/>
    <w:rsid w:val="00BF34CE"/>
  </w:style>
  <w:style w:type="character" w:customStyle="1" w:styleId="rvts23">
    <w:name w:val="rvts23"/>
    <w:rsid w:val="0051206B"/>
  </w:style>
  <w:style w:type="paragraph" w:styleId="afb">
    <w:name w:val="footer"/>
    <w:basedOn w:val="a1"/>
    <w:link w:val="afc"/>
    <w:uiPriority w:val="99"/>
    <w:rsid w:val="007739F3"/>
    <w:pPr>
      <w:tabs>
        <w:tab w:val="center" w:pos="4153"/>
        <w:tab w:val="right" w:pos="8306"/>
      </w:tabs>
    </w:pPr>
    <w:rPr>
      <w:sz w:val="24"/>
      <w:szCs w:val="24"/>
      <w:lang w:val="uk-UA" w:eastAsia="uk-UA"/>
    </w:rPr>
  </w:style>
  <w:style w:type="character" w:customStyle="1" w:styleId="afc">
    <w:name w:val="Нижній колонтитул Знак"/>
    <w:basedOn w:val="a2"/>
    <w:link w:val="afb"/>
    <w:uiPriority w:val="99"/>
    <w:locked/>
    <w:rsid w:val="007739F3"/>
    <w:rPr>
      <w:rFonts w:cs="Times New Roman"/>
      <w:sz w:val="24"/>
      <w:szCs w:val="24"/>
    </w:rPr>
  </w:style>
  <w:style w:type="character" w:customStyle="1" w:styleId="HTML">
    <w:name w:val="Стандартный HTML Знак"/>
    <w:basedOn w:val="a2"/>
    <w:uiPriority w:val="99"/>
    <w:semiHidden/>
    <w:rsid w:val="00BC7B4D"/>
    <w:rPr>
      <w:rFonts w:ascii="Courier New" w:hAnsi="Courier New" w:cs="Courier New"/>
      <w:lang w:val="ru-RU" w:eastAsia="ar-SA" w:bidi="ar-SA"/>
    </w:rPr>
  </w:style>
  <w:style w:type="paragraph" w:customStyle="1" w:styleId="110">
    <w:name w:val="Заголовок 11"/>
    <w:basedOn w:val="a1"/>
    <w:next w:val="a1"/>
    <w:qFormat/>
    <w:rsid w:val="002208F0"/>
    <w:pPr>
      <w:keepNext/>
      <w:keepLines/>
      <w:suppressAutoHyphens/>
      <w:spacing w:before="480" w:line="276" w:lineRule="auto"/>
      <w:outlineLvl w:val="0"/>
    </w:pPr>
    <w:rPr>
      <w:rFonts w:ascii="Cambria" w:hAnsi="Cambria"/>
      <w:b/>
      <w:bCs/>
      <w:color w:val="365F91"/>
      <w:sz w:val="28"/>
      <w:szCs w:val="28"/>
      <w:lang w:val="uk-UA" w:eastAsia="uk-UA"/>
    </w:rPr>
  </w:style>
  <w:style w:type="paragraph" w:styleId="HTML0">
    <w:name w:val="HTML Preformatted"/>
    <w:basedOn w:val="a1"/>
    <w:link w:val="HTML1"/>
    <w:uiPriority w:val="99"/>
    <w:rsid w:val="005011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1">
    <w:name w:val="Стандартний HTML Знак"/>
    <w:basedOn w:val="a2"/>
    <w:link w:val="HTML0"/>
    <w:uiPriority w:val="99"/>
    <w:locked/>
    <w:rsid w:val="00BC7B4D"/>
    <w:rPr>
      <w:rFonts w:ascii="Courier New" w:hAnsi="Courier New" w:cs="Courier New"/>
      <w:lang w:val="ru-RU" w:eastAsia="ar-SA" w:bidi="ar-SA"/>
    </w:rPr>
  </w:style>
  <w:style w:type="character" w:customStyle="1" w:styleId="HTML16">
    <w:name w:val="Стандартний HTML Знак16"/>
    <w:basedOn w:val="a2"/>
    <w:uiPriority w:val="99"/>
    <w:semiHidden/>
    <w:rsid w:val="00BC7B4D"/>
    <w:rPr>
      <w:rFonts w:ascii="Courier New" w:hAnsi="Courier New" w:cs="Courier New"/>
      <w:lang w:val="ru-RU" w:eastAsia="ar-SA" w:bidi="ar-SA"/>
    </w:rPr>
  </w:style>
  <w:style w:type="character" w:customStyle="1" w:styleId="HTML17">
    <w:name w:val="Стандартний HTML Знак17"/>
    <w:basedOn w:val="a2"/>
    <w:uiPriority w:val="99"/>
    <w:semiHidden/>
    <w:rsid w:val="00BC7B4D"/>
    <w:rPr>
      <w:rFonts w:ascii="Courier New" w:hAnsi="Courier New" w:cs="Courier New"/>
      <w:lang w:val="ru-RU" w:eastAsia="ar-SA" w:bidi="ar-SA"/>
    </w:rPr>
  </w:style>
  <w:style w:type="character" w:customStyle="1" w:styleId="HTML10">
    <w:name w:val="Стандартний HTML Знак1"/>
    <w:basedOn w:val="a2"/>
    <w:uiPriority w:val="99"/>
    <w:semiHidden/>
    <w:rsid w:val="00BC7B4D"/>
    <w:rPr>
      <w:rFonts w:ascii="Courier New" w:hAnsi="Courier New" w:cs="Courier New"/>
      <w:lang w:val="ru-RU" w:eastAsia="ar-SA" w:bidi="ar-SA"/>
    </w:rPr>
  </w:style>
  <w:style w:type="character" w:customStyle="1" w:styleId="HTML15">
    <w:name w:val="Стандартний HTML Знак15"/>
    <w:basedOn w:val="a2"/>
    <w:uiPriority w:val="99"/>
    <w:semiHidden/>
    <w:rsid w:val="00BC7B4D"/>
    <w:rPr>
      <w:rFonts w:ascii="Courier New" w:hAnsi="Courier New" w:cs="Courier New"/>
      <w:lang w:val="ru-RU" w:eastAsia="ar-SA" w:bidi="ar-SA"/>
    </w:rPr>
  </w:style>
  <w:style w:type="character" w:customStyle="1" w:styleId="HTML14">
    <w:name w:val="Стандартний HTML Знак14"/>
    <w:basedOn w:val="a2"/>
    <w:uiPriority w:val="99"/>
    <w:semiHidden/>
    <w:rsid w:val="00BC7B4D"/>
    <w:rPr>
      <w:rFonts w:ascii="Courier New" w:hAnsi="Courier New" w:cs="Courier New"/>
      <w:lang w:val="ru-RU" w:eastAsia="ar-SA" w:bidi="ar-SA"/>
    </w:rPr>
  </w:style>
  <w:style w:type="character" w:customStyle="1" w:styleId="HTML13">
    <w:name w:val="Стандартний HTML Знак13"/>
    <w:basedOn w:val="a2"/>
    <w:uiPriority w:val="99"/>
    <w:semiHidden/>
    <w:rsid w:val="00BC7B4D"/>
    <w:rPr>
      <w:rFonts w:ascii="Courier New" w:hAnsi="Courier New" w:cs="Courier New"/>
      <w:lang w:val="ru-RU" w:eastAsia="ar-SA" w:bidi="ar-SA"/>
    </w:rPr>
  </w:style>
  <w:style w:type="character" w:customStyle="1" w:styleId="HTML12">
    <w:name w:val="Стандартний HTML Знак12"/>
    <w:basedOn w:val="a2"/>
    <w:uiPriority w:val="99"/>
    <w:semiHidden/>
    <w:rsid w:val="00BC7B4D"/>
    <w:rPr>
      <w:rFonts w:ascii="Courier New" w:hAnsi="Courier New" w:cs="Courier New"/>
      <w:lang w:val="ru-RU" w:eastAsia="ar-SA" w:bidi="ar-SA"/>
    </w:rPr>
  </w:style>
  <w:style w:type="character" w:customStyle="1" w:styleId="HTML11">
    <w:name w:val="Стандартний HTML Знак11"/>
    <w:basedOn w:val="a2"/>
    <w:uiPriority w:val="99"/>
    <w:semiHidden/>
    <w:rsid w:val="00BC7B4D"/>
    <w:rPr>
      <w:rFonts w:ascii="Courier New" w:hAnsi="Courier New" w:cs="Courier New"/>
      <w:lang w:val="ru-RU" w:eastAsia="ar-SA" w:bidi="ar-SA"/>
    </w:rPr>
  </w:style>
  <w:style w:type="character" w:customStyle="1" w:styleId="rvts37">
    <w:name w:val="rvts37"/>
    <w:rsid w:val="00AB7F6F"/>
  </w:style>
  <w:style w:type="character" w:customStyle="1" w:styleId="rvts15">
    <w:name w:val="rvts15"/>
    <w:rsid w:val="00183059"/>
  </w:style>
  <w:style w:type="paragraph" w:customStyle="1" w:styleId="218">
    <w:name w:val="Заголовок 21"/>
    <w:basedOn w:val="a1"/>
    <w:next w:val="a1"/>
    <w:qFormat/>
    <w:rsid w:val="00E803B3"/>
    <w:pPr>
      <w:keepNext/>
      <w:suppressAutoHyphens/>
      <w:spacing w:before="240" w:after="60"/>
      <w:outlineLvl w:val="1"/>
    </w:pPr>
    <w:rPr>
      <w:rFonts w:ascii="Arial" w:hAnsi="Arial" w:cs="Arial"/>
      <w:b/>
      <w:bCs/>
      <w:i/>
      <w:iCs/>
      <w:sz w:val="28"/>
      <w:szCs w:val="28"/>
    </w:rPr>
  </w:style>
  <w:style w:type="paragraph" w:styleId="afd">
    <w:name w:val="Normal (Web)"/>
    <w:basedOn w:val="a1"/>
    <w:uiPriority w:val="99"/>
    <w:unhideWhenUsed/>
    <w:rsid w:val="00E803B3"/>
    <w:pPr>
      <w:spacing w:before="100" w:beforeAutospacing="1" w:after="100" w:afterAutospacing="1"/>
    </w:pPr>
    <w:rPr>
      <w:sz w:val="24"/>
      <w:szCs w:val="24"/>
      <w:lang w:val="uk-UA" w:eastAsia="uk-UA"/>
    </w:rPr>
  </w:style>
  <w:style w:type="paragraph" w:customStyle="1" w:styleId="docdata">
    <w:name w:val="docdata"/>
    <w:aliases w:val="docy,v5,12527,baiaagaaboqcaaadvcsaaaxkkwaaaaaaaaaaaaaaaaaaaaaaaaaaaaaaaaaaaaaaaaaaaaaaaaaaaaaaaaaaaaaaaaaaaaaaaaaaaaaaaaaaaaaaaaaaaaaaaaaaaaaaaaaaaaaaaaaaaaaaaaaaaaaaaaaaaaaaaaaaaaaaaaaaaaaaaaaaaaaaaaaaaaaaaaaaaaaaaaaaaaaaaaaaaaaaaaaaaaaaaaaaaa"/>
    <w:basedOn w:val="a1"/>
    <w:rsid w:val="00E803B3"/>
    <w:pPr>
      <w:spacing w:before="100" w:beforeAutospacing="1" w:after="100" w:afterAutospacing="1"/>
    </w:pPr>
    <w:rPr>
      <w:sz w:val="24"/>
      <w:szCs w:val="24"/>
      <w:lang w:val="uk-UA" w:eastAsia="uk-UA"/>
    </w:rPr>
  </w:style>
  <w:style w:type="paragraph" w:styleId="afe">
    <w:name w:val="Body Text Indent"/>
    <w:basedOn w:val="a1"/>
    <w:link w:val="aff"/>
    <w:uiPriority w:val="99"/>
    <w:rsid w:val="00507D79"/>
    <w:pPr>
      <w:spacing w:after="120"/>
      <w:ind w:left="283"/>
    </w:pPr>
  </w:style>
  <w:style w:type="character" w:customStyle="1" w:styleId="aff">
    <w:name w:val="Основний текст з відступом Знак"/>
    <w:basedOn w:val="a2"/>
    <w:link w:val="afe"/>
    <w:uiPriority w:val="99"/>
    <w:locked/>
    <w:rsid w:val="006D1006"/>
    <w:rPr>
      <w:rFonts w:cs="Times New Roman"/>
      <w:lang w:val="ru-RU" w:eastAsia="ar-SA" w:bidi="ar-SA"/>
    </w:rPr>
  </w:style>
  <w:style w:type="paragraph" w:customStyle="1" w:styleId="Bodytext5">
    <w:name w:val="Body text (5)"/>
    <w:basedOn w:val="a1"/>
    <w:link w:val="Bodytext50"/>
    <w:rsid w:val="008D18D0"/>
    <w:pPr>
      <w:widowControl w:val="0"/>
      <w:shd w:val="clear" w:color="auto" w:fill="FFFFFF"/>
      <w:spacing w:before="360" w:after="180" w:line="288" w:lineRule="exact"/>
      <w:jc w:val="center"/>
    </w:pPr>
    <w:rPr>
      <w:b/>
      <w:bCs/>
      <w:i/>
      <w:iCs/>
      <w:sz w:val="26"/>
      <w:szCs w:val="26"/>
      <w:lang w:val="uk-UA" w:eastAsia="uk-UA"/>
    </w:rPr>
  </w:style>
  <w:style w:type="character" w:customStyle="1" w:styleId="Bodytext50">
    <w:name w:val="Body text (5)_"/>
    <w:link w:val="Bodytext5"/>
    <w:locked/>
    <w:rsid w:val="008D18D0"/>
    <w:rPr>
      <w:b/>
      <w:i/>
      <w:sz w:val="26"/>
      <w:shd w:val="clear" w:color="auto" w:fill="FFFFFF"/>
    </w:rPr>
  </w:style>
  <w:style w:type="paragraph" w:customStyle="1" w:styleId="Iauiue">
    <w:name w:val="Iau?iue"/>
    <w:rsid w:val="00AD32DF"/>
    <w:rPr>
      <w:rFonts w:ascii="Times New Roman CYR" w:hAnsi="Times New Roman CYR"/>
      <w:lang w:eastAsia="ru-RU"/>
    </w:rPr>
  </w:style>
  <w:style w:type="paragraph" w:customStyle="1" w:styleId="Standard">
    <w:name w:val="Standard"/>
    <w:uiPriority w:val="99"/>
    <w:rsid w:val="00473E53"/>
    <w:pPr>
      <w:widowControl w:val="0"/>
      <w:suppressAutoHyphens/>
      <w:autoSpaceDN w:val="0"/>
      <w:textAlignment w:val="baseline"/>
    </w:pPr>
    <w:rPr>
      <w:rFonts w:ascii="Liberation Serif" w:hAnsi="Liberation Serif" w:cs="Tahoma"/>
      <w:color w:val="000000"/>
      <w:kern w:val="3"/>
      <w:sz w:val="24"/>
      <w:szCs w:val="24"/>
      <w:lang w:eastAsia="zh-CN" w:bidi="hi-IN"/>
    </w:rPr>
  </w:style>
  <w:style w:type="character" w:styleId="aff0">
    <w:name w:val="Emphasis"/>
    <w:basedOn w:val="a2"/>
    <w:uiPriority w:val="20"/>
    <w:qFormat/>
    <w:rsid w:val="00497935"/>
    <w:rPr>
      <w:rFonts w:cs="Times New Roman"/>
      <w:i/>
    </w:rPr>
  </w:style>
  <w:style w:type="character" w:styleId="aff1">
    <w:name w:val="page number"/>
    <w:basedOn w:val="a2"/>
    <w:uiPriority w:val="99"/>
    <w:rsid w:val="00F622CF"/>
    <w:rPr>
      <w:rFonts w:cs="Times New Roman"/>
    </w:rPr>
  </w:style>
  <w:style w:type="paragraph" w:styleId="aff2">
    <w:name w:val="Title"/>
    <w:basedOn w:val="a1"/>
    <w:link w:val="aff3"/>
    <w:uiPriority w:val="10"/>
    <w:qFormat/>
    <w:rsid w:val="00F622CF"/>
    <w:pPr>
      <w:jc w:val="center"/>
    </w:pPr>
    <w:rPr>
      <w:sz w:val="26"/>
      <w:szCs w:val="26"/>
      <w:lang w:val="uk-UA" w:eastAsia="uk-UA"/>
    </w:rPr>
  </w:style>
  <w:style w:type="character" w:customStyle="1" w:styleId="aff3">
    <w:name w:val="Назва Знак"/>
    <w:basedOn w:val="a2"/>
    <w:link w:val="aff2"/>
    <w:uiPriority w:val="10"/>
    <w:locked/>
    <w:rsid w:val="00F622CF"/>
    <w:rPr>
      <w:rFonts w:cs="Times New Roman"/>
      <w:sz w:val="26"/>
      <w:szCs w:val="26"/>
    </w:rPr>
  </w:style>
  <w:style w:type="character" w:customStyle="1" w:styleId="xfmc1">
    <w:name w:val="xfmc1"/>
    <w:rsid w:val="002E4920"/>
  </w:style>
  <w:style w:type="character" w:customStyle="1" w:styleId="812pt">
    <w:name w:val="Основной текст (8) + 12 pt"/>
    <w:rsid w:val="00A05BF6"/>
    <w:rPr>
      <w:rFonts w:ascii="Times New Roman" w:hAnsi="Times New Roman"/>
      <w:b/>
      <w:color w:val="000000"/>
      <w:spacing w:val="0"/>
      <w:w w:val="100"/>
      <w:position w:val="0"/>
      <w:sz w:val="24"/>
      <w:shd w:val="clear" w:color="auto" w:fill="FFFFFF"/>
      <w:lang w:val="uk-UA" w:eastAsia="uk-UA"/>
    </w:rPr>
  </w:style>
  <w:style w:type="paragraph" w:customStyle="1" w:styleId="aff4">
    <w:name w:val="Назва документа"/>
    <w:basedOn w:val="a1"/>
    <w:next w:val="a1"/>
    <w:rsid w:val="003E7ED1"/>
    <w:pPr>
      <w:keepNext/>
      <w:keepLines/>
      <w:spacing w:before="240" w:after="240"/>
      <w:jc w:val="center"/>
    </w:pPr>
    <w:rPr>
      <w:rFonts w:ascii="Antiqua" w:hAnsi="Antiqua"/>
      <w:b/>
      <w:sz w:val="26"/>
      <w:lang w:val="uk-UA"/>
    </w:rPr>
  </w:style>
  <w:style w:type="paragraph" w:customStyle="1" w:styleId="CharCharCharChar">
    <w:name w:val="Char Знак Знак Char Знак Знак Char Знак Знак Char Знак Знак Знак Знак Знак Знак Знак Знак Знак Знак Знак Знак Знак Знак Знак Знак Знак Знак"/>
    <w:basedOn w:val="a1"/>
    <w:rsid w:val="00F51463"/>
    <w:rPr>
      <w:rFonts w:ascii="Verdana" w:hAnsi="Verdana" w:cs="Verdana"/>
      <w:sz w:val="28"/>
      <w:szCs w:val="28"/>
      <w:lang w:val="en-US" w:eastAsia="en-US"/>
    </w:rPr>
  </w:style>
  <w:style w:type="table" w:customStyle="1" w:styleId="16">
    <w:name w:val="Сітка таблиці1"/>
    <w:basedOn w:val="a3"/>
    <w:next w:val="af6"/>
    <w:uiPriority w:val="39"/>
    <w:rsid w:val="009E1C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
    <w:name w:val="Сітка таблиці2"/>
    <w:basedOn w:val="a3"/>
    <w:next w:val="af6"/>
    <w:uiPriority w:val="59"/>
    <w:rsid w:val="009E1C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vps6">
    <w:name w:val="rvps6"/>
    <w:basedOn w:val="a1"/>
    <w:rsid w:val="00E67C7F"/>
    <w:pPr>
      <w:spacing w:before="100" w:beforeAutospacing="1" w:after="100" w:afterAutospacing="1"/>
    </w:pPr>
    <w:rPr>
      <w:sz w:val="24"/>
      <w:szCs w:val="24"/>
      <w:lang w:val="uk-UA" w:eastAsia="uk-UA"/>
    </w:rPr>
  </w:style>
  <w:style w:type="paragraph" w:customStyle="1" w:styleId="rvps7">
    <w:name w:val="rvps7"/>
    <w:basedOn w:val="a1"/>
    <w:rsid w:val="00E67C7F"/>
    <w:pPr>
      <w:spacing w:before="100" w:beforeAutospacing="1" w:after="100" w:afterAutospacing="1"/>
    </w:pPr>
    <w:rPr>
      <w:sz w:val="24"/>
      <w:szCs w:val="24"/>
      <w:lang w:val="uk-UA" w:eastAsia="uk-UA"/>
    </w:rPr>
  </w:style>
  <w:style w:type="paragraph" w:customStyle="1" w:styleId="rvps14">
    <w:name w:val="rvps14"/>
    <w:basedOn w:val="a1"/>
    <w:rsid w:val="00E67C7F"/>
    <w:pPr>
      <w:spacing w:before="100" w:beforeAutospacing="1" w:after="100" w:afterAutospacing="1"/>
    </w:pPr>
    <w:rPr>
      <w:sz w:val="24"/>
      <w:szCs w:val="24"/>
      <w:lang w:val="uk-UA" w:eastAsia="uk-UA"/>
    </w:rPr>
  </w:style>
  <w:style w:type="paragraph" w:customStyle="1" w:styleId="rvps12">
    <w:name w:val="rvps12"/>
    <w:basedOn w:val="a1"/>
    <w:rsid w:val="00E67C7F"/>
    <w:pPr>
      <w:spacing w:before="100" w:beforeAutospacing="1" w:after="100" w:afterAutospacing="1"/>
    </w:pPr>
    <w:rPr>
      <w:sz w:val="24"/>
      <w:szCs w:val="24"/>
      <w:lang w:val="uk-UA" w:eastAsia="uk-UA"/>
    </w:rPr>
  </w:style>
  <w:style w:type="character" w:customStyle="1" w:styleId="rvts82">
    <w:name w:val="rvts82"/>
    <w:rsid w:val="00E67C7F"/>
  </w:style>
  <w:style w:type="paragraph" w:customStyle="1" w:styleId="Style2">
    <w:name w:val="Style2"/>
    <w:basedOn w:val="a1"/>
    <w:rsid w:val="00A82FB9"/>
    <w:pPr>
      <w:widowControl w:val="0"/>
      <w:autoSpaceDE w:val="0"/>
      <w:autoSpaceDN w:val="0"/>
      <w:adjustRightInd w:val="0"/>
    </w:pPr>
    <w:rPr>
      <w:sz w:val="24"/>
      <w:szCs w:val="24"/>
    </w:rPr>
  </w:style>
  <w:style w:type="character" w:customStyle="1" w:styleId="FontStyle12">
    <w:name w:val="Font Style12"/>
    <w:rsid w:val="00A82FB9"/>
    <w:rPr>
      <w:rFonts w:ascii="Times New Roman" w:hAnsi="Times New Roman"/>
      <w:sz w:val="26"/>
    </w:rPr>
  </w:style>
  <w:style w:type="character" w:customStyle="1" w:styleId="FontStyle13">
    <w:name w:val="Font Style13"/>
    <w:rsid w:val="00A82FB9"/>
    <w:rPr>
      <w:rFonts w:ascii="Times New Roman" w:hAnsi="Times New Roman"/>
      <w:b/>
      <w:sz w:val="26"/>
    </w:rPr>
  </w:style>
  <w:style w:type="paragraph" w:customStyle="1" w:styleId="Style3">
    <w:name w:val="Style3"/>
    <w:basedOn w:val="a1"/>
    <w:rsid w:val="00A82FB9"/>
    <w:pPr>
      <w:widowControl w:val="0"/>
      <w:autoSpaceDE w:val="0"/>
      <w:autoSpaceDN w:val="0"/>
      <w:adjustRightInd w:val="0"/>
      <w:spacing w:line="322" w:lineRule="exact"/>
      <w:ind w:firstLine="1272"/>
    </w:pPr>
    <w:rPr>
      <w:sz w:val="24"/>
      <w:szCs w:val="24"/>
    </w:rPr>
  </w:style>
  <w:style w:type="paragraph" w:customStyle="1" w:styleId="aff5">
    <w:name w:val="???????? ????? ? ????????"/>
    <w:basedOn w:val="a1"/>
    <w:rsid w:val="009D6008"/>
    <w:pPr>
      <w:suppressAutoHyphens/>
      <w:spacing w:after="120"/>
      <w:ind w:left="283"/>
    </w:pPr>
    <w:rPr>
      <w:lang w:eastAsia="ar-SA"/>
    </w:rPr>
  </w:style>
  <w:style w:type="table" w:customStyle="1" w:styleId="TableNormal">
    <w:name w:val="Table Normal"/>
    <w:uiPriority w:val="2"/>
    <w:semiHidden/>
    <w:unhideWhenUsed/>
    <w:qFormat/>
    <w:rsid w:val="0064628E"/>
    <w:pPr>
      <w:widowControl w:val="0"/>
      <w:autoSpaceDE w:val="0"/>
      <w:autoSpaceDN w:val="0"/>
    </w:pPr>
    <w:rPr>
      <w:rFonts w:ascii="Calibri" w:hAnsi="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1"/>
    <w:uiPriority w:val="99"/>
    <w:qFormat/>
    <w:rsid w:val="0064628E"/>
    <w:pPr>
      <w:widowControl w:val="0"/>
      <w:autoSpaceDE w:val="0"/>
      <w:autoSpaceDN w:val="0"/>
    </w:pPr>
    <w:rPr>
      <w:sz w:val="22"/>
      <w:szCs w:val="22"/>
      <w:lang w:val="uk-UA" w:eastAsia="en-US"/>
    </w:rPr>
  </w:style>
  <w:style w:type="paragraph" w:customStyle="1" w:styleId="17">
    <w:name w:val="Знак Знак1 Знак Знак Знак Знак Знак Знак Знак Знак Знак Знак Знак Знак Знак"/>
    <w:basedOn w:val="a1"/>
    <w:rsid w:val="00507D79"/>
    <w:rPr>
      <w:rFonts w:ascii="Verdana" w:hAnsi="Verdana" w:cs="Verdana"/>
      <w:sz w:val="28"/>
      <w:szCs w:val="28"/>
      <w:lang w:val="en-US" w:eastAsia="en-US"/>
    </w:rPr>
  </w:style>
  <w:style w:type="paragraph" w:styleId="33">
    <w:name w:val="Body Text Indent 3"/>
    <w:basedOn w:val="a1"/>
    <w:link w:val="34"/>
    <w:uiPriority w:val="99"/>
    <w:rsid w:val="00507D79"/>
    <w:pPr>
      <w:spacing w:after="120"/>
      <w:ind w:left="283"/>
    </w:pPr>
    <w:rPr>
      <w:sz w:val="16"/>
      <w:szCs w:val="16"/>
    </w:rPr>
  </w:style>
  <w:style w:type="character" w:customStyle="1" w:styleId="34">
    <w:name w:val="Основний текст з відступом 3 Знак"/>
    <w:basedOn w:val="a2"/>
    <w:link w:val="33"/>
    <w:uiPriority w:val="99"/>
    <w:locked/>
    <w:rsid w:val="00507D79"/>
    <w:rPr>
      <w:rFonts w:cs="Times New Roman"/>
      <w:sz w:val="16"/>
      <w:szCs w:val="16"/>
      <w:lang w:val="ru-RU" w:eastAsia="ru-RU"/>
    </w:rPr>
  </w:style>
  <w:style w:type="paragraph" w:customStyle="1" w:styleId="aff6">
    <w:name w:val="Знак"/>
    <w:basedOn w:val="a1"/>
    <w:rsid w:val="00507D79"/>
    <w:rPr>
      <w:rFonts w:ascii="Verdana" w:hAnsi="Verdana" w:cs="Verdana"/>
      <w:sz w:val="28"/>
      <w:szCs w:val="28"/>
      <w:lang w:val="en-US" w:eastAsia="en-US"/>
    </w:rPr>
  </w:style>
  <w:style w:type="paragraph" w:customStyle="1" w:styleId="29">
    <w:name w:val="Знак2"/>
    <w:basedOn w:val="a1"/>
    <w:rsid w:val="00507D79"/>
    <w:rPr>
      <w:rFonts w:ascii="Verdana" w:hAnsi="Verdana" w:cs="Verdana"/>
      <w:lang w:val="en-US" w:eastAsia="en-US"/>
    </w:rPr>
  </w:style>
  <w:style w:type="paragraph" w:customStyle="1" w:styleId="aff7">
    <w:name w:val="Знак Знак Знак Знак Знак Знак Знак Знак Знак Знак Знак Знак Знак Знак"/>
    <w:basedOn w:val="a1"/>
    <w:rsid w:val="00507D79"/>
    <w:rPr>
      <w:rFonts w:ascii="Verdana" w:hAnsi="Verdana" w:cs="Verdana"/>
      <w:sz w:val="28"/>
      <w:szCs w:val="28"/>
      <w:lang w:val="en-US" w:eastAsia="en-US"/>
    </w:rPr>
  </w:style>
  <w:style w:type="paragraph" w:customStyle="1" w:styleId="18">
    <w:name w:val="Знак Знак1"/>
    <w:basedOn w:val="a1"/>
    <w:rsid w:val="00507D79"/>
    <w:rPr>
      <w:rFonts w:ascii="Verdana" w:hAnsi="Verdana" w:cs="Verdana"/>
      <w:lang w:val="uk-UA" w:eastAsia="en-US"/>
    </w:rPr>
  </w:style>
  <w:style w:type="paragraph" w:styleId="aff8">
    <w:name w:val="caption"/>
    <w:basedOn w:val="a1"/>
    <w:next w:val="a1"/>
    <w:uiPriority w:val="35"/>
    <w:qFormat/>
    <w:rsid w:val="00507D79"/>
    <w:pPr>
      <w:autoSpaceDE w:val="0"/>
      <w:autoSpaceDN w:val="0"/>
      <w:jc w:val="center"/>
    </w:pPr>
    <w:rPr>
      <w:b/>
      <w:bCs/>
      <w:lang w:val="uk-UA"/>
    </w:rPr>
  </w:style>
  <w:style w:type="paragraph" w:customStyle="1" w:styleId="aff9">
    <w:name w:val="Знак Знак Знак"/>
    <w:basedOn w:val="a1"/>
    <w:rsid w:val="00507D79"/>
    <w:rPr>
      <w:rFonts w:ascii="Verdana" w:hAnsi="Verdana" w:cs="Verdana"/>
      <w:lang w:val="en-US" w:eastAsia="en-US"/>
    </w:rPr>
  </w:style>
  <w:style w:type="character" w:customStyle="1" w:styleId="b-comments-user">
    <w:name w:val="b-comments-user"/>
    <w:rsid w:val="00507D79"/>
  </w:style>
  <w:style w:type="paragraph" w:customStyle="1" w:styleId="CharCharCharChar0">
    <w:name w:val="Char Знак Знак Char Знак Знак Char Знак Знак Char Знак Знак Знак Знак Знак Знак Знак Знак Знак Знак Знак Знак Знак Знак Знак Знак Знак Знак Знак Знак Знак Знак Знак Знак Знак Знак"/>
    <w:basedOn w:val="a1"/>
    <w:rsid w:val="00507D79"/>
    <w:rPr>
      <w:rFonts w:ascii="Verdana" w:hAnsi="Verdana" w:cs="Verdana"/>
      <w:color w:val="000000"/>
      <w:szCs w:val="26"/>
      <w:lang w:val="en-US" w:eastAsia="en-US"/>
    </w:rPr>
  </w:style>
  <w:style w:type="paragraph" w:customStyle="1" w:styleId="CharCharCharChar1">
    <w:name w:val="Char Знак Знак Char Знак Знак Char Знак Знак Char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w:basedOn w:val="a1"/>
    <w:rsid w:val="00507D79"/>
    <w:rPr>
      <w:rFonts w:ascii="Verdana" w:hAnsi="Verdana" w:cs="Verdana"/>
      <w:lang w:val="uk-UA" w:eastAsia="en-US"/>
    </w:rPr>
  </w:style>
  <w:style w:type="paragraph" w:customStyle="1" w:styleId="affa">
    <w:name w:val="Знак Знак Знак Знак"/>
    <w:basedOn w:val="a1"/>
    <w:rsid w:val="00507D79"/>
    <w:rPr>
      <w:rFonts w:ascii="Verdana" w:hAnsi="Verdana" w:cs="Verdana"/>
      <w:lang w:val="en-US" w:eastAsia="en-US"/>
    </w:rPr>
  </w:style>
  <w:style w:type="paragraph" w:customStyle="1" w:styleId="19">
    <w:name w:val="Знак Знак Знак Знак Знак1 Знак Знак Знак"/>
    <w:basedOn w:val="a1"/>
    <w:rsid w:val="00507D79"/>
    <w:rPr>
      <w:rFonts w:ascii="Verdana" w:hAnsi="Verdana" w:cs="Verdana"/>
      <w:sz w:val="28"/>
      <w:szCs w:val="28"/>
      <w:lang w:val="en-US" w:eastAsia="en-US"/>
    </w:rPr>
  </w:style>
  <w:style w:type="paragraph" w:customStyle="1" w:styleId="1a">
    <w:name w:val="Знак1 Знак Знак Знак Знак Знак Знак"/>
    <w:basedOn w:val="a1"/>
    <w:rsid w:val="00507D79"/>
    <w:rPr>
      <w:rFonts w:ascii="Verdana" w:hAnsi="Verdana" w:cs="Verdana"/>
      <w:sz w:val="28"/>
      <w:szCs w:val="28"/>
      <w:lang w:val="en-US" w:eastAsia="en-US"/>
    </w:rPr>
  </w:style>
  <w:style w:type="paragraph" w:customStyle="1" w:styleId="Style17">
    <w:name w:val="Style17"/>
    <w:basedOn w:val="a1"/>
    <w:rsid w:val="00507D79"/>
    <w:pPr>
      <w:widowControl w:val="0"/>
      <w:autoSpaceDE w:val="0"/>
      <w:autoSpaceDN w:val="0"/>
      <w:adjustRightInd w:val="0"/>
      <w:spacing w:line="256" w:lineRule="exact"/>
    </w:pPr>
    <w:rPr>
      <w:sz w:val="24"/>
      <w:szCs w:val="24"/>
      <w:lang w:val="uk-UA" w:eastAsia="uk-UA"/>
    </w:rPr>
  </w:style>
  <w:style w:type="paragraph" w:customStyle="1" w:styleId="35">
    <w:name w:val="Знак3"/>
    <w:basedOn w:val="a1"/>
    <w:rsid w:val="00507D79"/>
    <w:rPr>
      <w:rFonts w:ascii="Verdana" w:hAnsi="Verdana" w:cs="Verdana"/>
      <w:sz w:val="28"/>
      <w:szCs w:val="28"/>
      <w:lang w:val="en-US" w:eastAsia="en-US"/>
    </w:rPr>
  </w:style>
  <w:style w:type="paragraph" w:customStyle="1" w:styleId="1b">
    <w:name w:val="Знак1"/>
    <w:basedOn w:val="a1"/>
    <w:rsid w:val="00507D79"/>
    <w:rPr>
      <w:rFonts w:ascii="Verdana" w:hAnsi="Verdana" w:cs="Verdana"/>
      <w:sz w:val="28"/>
      <w:szCs w:val="28"/>
      <w:lang w:val="en-US" w:eastAsia="en-US"/>
    </w:rPr>
  </w:style>
  <w:style w:type="paragraph" w:customStyle="1" w:styleId="1c">
    <w:name w:val="Знак Знак Знак Знак Знак1 Знак Знак Знак Знак Знак"/>
    <w:basedOn w:val="a1"/>
    <w:rsid w:val="00507D79"/>
    <w:rPr>
      <w:rFonts w:ascii="Verdana" w:hAnsi="Verdana" w:cs="Verdana"/>
      <w:sz w:val="28"/>
      <w:szCs w:val="28"/>
      <w:lang w:val="en-US" w:eastAsia="en-US"/>
    </w:rPr>
  </w:style>
  <w:style w:type="paragraph" w:customStyle="1" w:styleId="1d">
    <w:name w:val="Знак Знак1 Знак Знак Знак Знак Знак Знак Знак Знак Знак Знак"/>
    <w:basedOn w:val="a1"/>
    <w:rsid w:val="00507D79"/>
    <w:rPr>
      <w:rFonts w:ascii="Verdana" w:hAnsi="Verdana" w:cs="Verdana"/>
      <w:sz w:val="28"/>
      <w:szCs w:val="28"/>
      <w:lang w:val="en-US" w:eastAsia="en-US"/>
    </w:rPr>
  </w:style>
  <w:style w:type="paragraph" w:customStyle="1" w:styleId="111">
    <w:name w:val="Знак11"/>
    <w:basedOn w:val="a1"/>
    <w:rsid w:val="00507D79"/>
    <w:rPr>
      <w:rFonts w:ascii="Verdana" w:hAnsi="Verdana" w:cs="Verdana"/>
      <w:sz w:val="28"/>
      <w:szCs w:val="28"/>
      <w:lang w:val="en-US" w:eastAsia="en-US"/>
    </w:rPr>
  </w:style>
  <w:style w:type="paragraph" w:customStyle="1" w:styleId="1e">
    <w:name w:val="Знак Знак1 Знак Знак Знак Знак Знак Знак Знак Знак Знак Знак Знак Знак Знак Знак Знак Знак"/>
    <w:basedOn w:val="a1"/>
    <w:rsid w:val="00507D79"/>
    <w:rPr>
      <w:rFonts w:ascii="Verdana" w:hAnsi="Verdana" w:cs="Verdana"/>
      <w:sz w:val="28"/>
      <w:szCs w:val="28"/>
      <w:lang w:val="en-US" w:eastAsia="en-US"/>
    </w:rPr>
  </w:style>
  <w:style w:type="paragraph" w:customStyle="1" w:styleId="affb">
    <w:name w:val="Знак Знак Знак Знак Знак Знак Знак Знак Знак Знак Знак Знак Знак Знак Знак Знак Знак"/>
    <w:basedOn w:val="a1"/>
    <w:rsid w:val="00507D79"/>
    <w:rPr>
      <w:rFonts w:ascii="Verdana" w:hAnsi="Verdana" w:cs="Verdana"/>
      <w:sz w:val="28"/>
      <w:szCs w:val="28"/>
      <w:lang w:val="en-US" w:eastAsia="en-US"/>
    </w:rPr>
  </w:style>
  <w:style w:type="paragraph" w:customStyle="1" w:styleId="CharCharCharChar2">
    <w:name w:val="Char Знак Знак Char Знак Знак Char Знак Знак Char Знак Знак Знак Знак Знак Знак Знак Знак Знак Знак Знак Знак Знак Знак Знак Знак Знак Знак Знак"/>
    <w:basedOn w:val="a1"/>
    <w:rsid w:val="00507D79"/>
    <w:rPr>
      <w:rFonts w:ascii="Verdana" w:hAnsi="Verdana" w:cs="Verdana"/>
      <w:sz w:val="28"/>
      <w:szCs w:val="28"/>
      <w:lang w:val="en-US" w:eastAsia="en-US"/>
    </w:rPr>
  </w:style>
  <w:style w:type="paragraph" w:customStyle="1" w:styleId="CharCharCharChar3">
    <w:name w:val="Char Знак Знак Char Знак Знак Char Знак Знак Char Знак Знак Знак Знак Знак Знак Знак Знак Знак Знак Знак Знак Знак Знак Знак Знак Знак Знак Знак Знак Знак"/>
    <w:basedOn w:val="a1"/>
    <w:rsid w:val="00507D79"/>
    <w:rPr>
      <w:rFonts w:ascii="Verdana" w:hAnsi="Verdana" w:cs="Verdana"/>
      <w:sz w:val="28"/>
      <w:szCs w:val="28"/>
      <w:lang w:val="en-US" w:eastAsia="en-US"/>
    </w:rPr>
  </w:style>
  <w:style w:type="paragraph" w:styleId="affc">
    <w:name w:val="Plain Text"/>
    <w:basedOn w:val="a1"/>
    <w:link w:val="affd"/>
    <w:uiPriority w:val="99"/>
    <w:rsid w:val="00507D79"/>
    <w:rPr>
      <w:rFonts w:ascii="Courier New" w:hAnsi="Courier New"/>
      <w:lang w:val="uk-UA" w:eastAsia="uk-UA"/>
    </w:rPr>
  </w:style>
  <w:style w:type="character" w:customStyle="1" w:styleId="affd">
    <w:name w:val="Текст Знак"/>
    <w:basedOn w:val="a2"/>
    <w:link w:val="affc"/>
    <w:uiPriority w:val="99"/>
    <w:locked/>
    <w:rsid w:val="00507D79"/>
    <w:rPr>
      <w:rFonts w:ascii="Courier New" w:hAnsi="Courier New" w:cs="Times New Roman"/>
    </w:rPr>
  </w:style>
  <w:style w:type="paragraph" w:customStyle="1" w:styleId="CharCharCharChar4">
    <w:name w:val="Char Знак Знак Char Знак Знак Char Знак Знак Char Знак Знак Знак Знак Знак Знак Знак Знак Знак Знак Знак Знак Знак Знак Знак Знак Знак Знак Знак Знак Знак Знак"/>
    <w:basedOn w:val="a1"/>
    <w:rsid w:val="00507D79"/>
    <w:rPr>
      <w:rFonts w:ascii="Verdana" w:hAnsi="Verdana" w:cs="Verdana"/>
      <w:sz w:val="28"/>
      <w:szCs w:val="28"/>
      <w:lang w:val="en-US" w:eastAsia="en-US"/>
    </w:rPr>
  </w:style>
  <w:style w:type="character" w:customStyle="1" w:styleId="FontStyle26">
    <w:name w:val="Font Style26"/>
    <w:rsid w:val="00507D79"/>
    <w:rPr>
      <w:rFonts w:ascii="Times New Roman" w:hAnsi="Times New Roman"/>
      <w:b/>
      <w:sz w:val="22"/>
    </w:rPr>
  </w:style>
  <w:style w:type="paragraph" w:customStyle="1" w:styleId="1f">
    <w:name w:val="Знак1 Знак Знак Знак Знак Знак Знак Знак Знак Знак"/>
    <w:basedOn w:val="a1"/>
    <w:rsid w:val="00507D79"/>
    <w:rPr>
      <w:rFonts w:ascii="Verdana" w:hAnsi="Verdana" w:cs="Verdana"/>
      <w:sz w:val="28"/>
      <w:szCs w:val="28"/>
      <w:lang w:val="en-US" w:eastAsia="en-US"/>
    </w:rPr>
  </w:style>
  <w:style w:type="character" w:styleId="affe">
    <w:name w:val="FollowedHyperlink"/>
    <w:basedOn w:val="a2"/>
    <w:uiPriority w:val="99"/>
    <w:unhideWhenUsed/>
    <w:rsid w:val="00507D79"/>
    <w:rPr>
      <w:rFonts w:cs="Times New Roman"/>
      <w:color w:val="800080"/>
      <w:u w:val="single"/>
    </w:rPr>
  </w:style>
  <w:style w:type="paragraph" w:customStyle="1" w:styleId="msonormal0">
    <w:name w:val="msonormal"/>
    <w:basedOn w:val="a1"/>
    <w:rsid w:val="00507D79"/>
    <w:pPr>
      <w:spacing w:before="100" w:beforeAutospacing="1" w:after="100" w:afterAutospacing="1"/>
    </w:pPr>
    <w:rPr>
      <w:sz w:val="24"/>
      <w:szCs w:val="24"/>
    </w:rPr>
  </w:style>
  <w:style w:type="paragraph" w:customStyle="1" w:styleId="xl65">
    <w:name w:val="xl65"/>
    <w:basedOn w:val="a1"/>
    <w:rsid w:val="00507D7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66">
    <w:name w:val="xl66"/>
    <w:basedOn w:val="a1"/>
    <w:rsid w:val="00507D7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67">
    <w:name w:val="xl67"/>
    <w:basedOn w:val="a1"/>
    <w:rsid w:val="00507D7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68">
    <w:name w:val="xl68"/>
    <w:basedOn w:val="a1"/>
    <w:rsid w:val="00507D7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69">
    <w:name w:val="xl69"/>
    <w:basedOn w:val="a1"/>
    <w:rsid w:val="00507D79"/>
    <w:pPr>
      <w:pBdr>
        <w:top w:val="single" w:sz="4" w:space="0" w:color="auto"/>
        <w:left w:val="single" w:sz="4" w:space="0" w:color="auto"/>
        <w:right w:val="single" w:sz="8" w:space="0" w:color="auto"/>
      </w:pBdr>
      <w:shd w:val="clear" w:color="000000" w:fill="FFFFFF"/>
      <w:spacing w:before="100" w:beforeAutospacing="1" w:after="100" w:afterAutospacing="1"/>
      <w:jc w:val="center"/>
      <w:textAlignment w:val="center"/>
    </w:pPr>
    <w:rPr>
      <w:b/>
      <w:bCs/>
      <w:sz w:val="26"/>
      <w:szCs w:val="26"/>
    </w:rPr>
  </w:style>
  <w:style w:type="paragraph" w:customStyle="1" w:styleId="xl70">
    <w:name w:val="xl70"/>
    <w:basedOn w:val="a1"/>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6"/>
      <w:szCs w:val="26"/>
    </w:rPr>
  </w:style>
  <w:style w:type="paragraph" w:customStyle="1" w:styleId="xl71">
    <w:name w:val="xl71"/>
    <w:basedOn w:val="a1"/>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6"/>
      <w:szCs w:val="26"/>
    </w:rPr>
  </w:style>
  <w:style w:type="paragraph" w:customStyle="1" w:styleId="xl72">
    <w:name w:val="xl72"/>
    <w:basedOn w:val="a1"/>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6"/>
      <w:szCs w:val="26"/>
    </w:rPr>
  </w:style>
  <w:style w:type="paragraph" w:customStyle="1" w:styleId="xl73">
    <w:name w:val="xl73"/>
    <w:basedOn w:val="a1"/>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sz w:val="24"/>
      <w:szCs w:val="24"/>
    </w:rPr>
  </w:style>
  <w:style w:type="paragraph" w:customStyle="1" w:styleId="xl74">
    <w:name w:val="xl74"/>
    <w:basedOn w:val="a1"/>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sz w:val="26"/>
      <w:szCs w:val="26"/>
    </w:rPr>
  </w:style>
  <w:style w:type="paragraph" w:customStyle="1" w:styleId="xl75">
    <w:name w:val="xl75"/>
    <w:basedOn w:val="a1"/>
    <w:rsid w:val="00507D79"/>
    <w:pPr>
      <w:pBdr>
        <w:left w:val="single" w:sz="8" w:space="0" w:color="auto"/>
        <w:bottom w:val="single" w:sz="4" w:space="0" w:color="auto"/>
        <w:right w:val="single" w:sz="4" w:space="0" w:color="auto"/>
      </w:pBdr>
      <w:spacing w:before="100" w:beforeAutospacing="1" w:after="100" w:afterAutospacing="1"/>
      <w:jc w:val="center"/>
      <w:textAlignment w:val="center"/>
    </w:pPr>
    <w:rPr>
      <w:sz w:val="26"/>
      <w:szCs w:val="26"/>
      <w:lang w:val="uk-UA" w:eastAsia="uk-UA"/>
    </w:rPr>
  </w:style>
  <w:style w:type="paragraph" w:customStyle="1" w:styleId="xl76">
    <w:name w:val="xl76"/>
    <w:basedOn w:val="a1"/>
    <w:rsid w:val="00507D79"/>
    <w:pPr>
      <w:pBdr>
        <w:left w:val="single" w:sz="4" w:space="0" w:color="auto"/>
        <w:bottom w:val="single" w:sz="4" w:space="0" w:color="auto"/>
        <w:right w:val="single" w:sz="4" w:space="0" w:color="auto"/>
      </w:pBdr>
      <w:spacing w:before="100" w:beforeAutospacing="1" w:after="100" w:afterAutospacing="1"/>
      <w:jc w:val="right"/>
      <w:textAlignment w:val="center"/>
    </w:pPr>
    <w:rPr>
      <w:sz w:val="26"/>
      <w:szCs w:val="26"/>
      <w:lang w:val="uk-UA" w:eastAsia="uk-UA"/>
    </w:rPr>
  </w:style>
  <w:style w:type="paragraph" w:customStyle="1" w:styleId="xl77">
    <w:name w:val="xl77"/>
    <w:basedOn w:val="a1"/>
    <w:rsid w:val="00507D79"/>
    <w:pPr>
      <w:pBdr>
        <w:left w:val="single" w:sz="8" w:space="0" w:color="auto"/>
        <w:bottom w:val="single" w:sz="4" w:space="0" w:color="auto"/>
        <w:right w:val="single" w:sz="4" w:space="0" w:color="auto"/>
      </w:pBdr>
      <w:spacing w:before="100" w:beforeAutospacing="1" w:after="100" w:afterAutospacing="1"/>
      <w:jc w:val="right"/>
      <w:textAlignment w:val="center"/>
    </w:pPr>
    <w:rPr>
      <w:sz w:val="26"/>
      <w:szCs w:val="26"/>
      <w:lang w:val="uk-UA" w:eastAsia="uk-UA"/>
    </w:rPr>
  </w:style>
  <w:style w:type="paragraph" w:customStyle="1" w:styleId="xl78">
    <w:name w:val="xl78"/>
    <w:basedOn w:val="a1"/>
    <w:rsid w:val="00507D79"/>
    <w:pPr>
      <w:pBdr>
        <w:left w:val="single" w:sz="4" w:space="0" w:color="auto"/>
        <w:bottom w:val="single" w:sz="4" w:space="0" w:color="auto"/>
        <w:right w:val="single" w:sz="8" w:space="0" w:color="auto"/>
      </w:pBdr>
      <w:spacing w:before="100" w:beforeAutospacing="1" w:after="100" w:afterAutospacing="1"/>
      <w:jc w:val="right"/>
      <w:textAlignment w:val="center"/>
    </w:pPr>
    <w:rPr>
      <w:sz w:val="26"/>
      <w:szCs w:val="26"/>
      <w:lang w:val="uk-UA" w:eastAsia="uk-UA"/>
    </w:rPr>
  </w:style>
  <w:style w:type="paragraph" w:customStyle="1" w:styleId="xl79">
    <w:name w:val="xl79"/>
    <w:basedOn w:val="a1"/>
    <w:rsid w:val="00507D79"/>
    <w:pPr>
      <w:pBdr>
        <w:top w:val="single" w:sz="4" w:space="0" w:color="auto"/>
        <w:left w:val="single" w:sz="4" w:space="0" w:color="auto"/>
        <w:bottom w:val="single" w:sz="4" w:space="0" w:color="auto"/>
        <w:right w:val="single" w:sz="8" w:space="0" w:color="auto"/>
      </w:pBdr>
      <w:spacing w:before="100" w:beforeAutospacing="1" w:after="100" w:afterAutospacing="1"/>
      <w:jc w:val="right"/>
      <w:textAlignment w:val="center"/>
    </w:pPr>
    <w:rPr>
      <w:sz w:val="26"/>
      <w:szCs w:val="26"/>
      <w:lang w:val="uk-UA" w:eastAsia="uk-UA"/>
    </w:rPr>
  </w:style>
  <w:style w:type="paragraph" w:customStyle="1" w:styleId="xl80">
    <w:name w:val="xl80"/>
    <w:basedOn w:val="a1"/>
    <w:rsid w:val="00507D79"/>
    <w:pPr>
      <w:pBdr>
        <w:top w:val="single" w:sz="4" w:space="0" w:color="auto"/>
        <w:left w:val="single" w:sz="4" w:space="0" w:color="auto"/>
        <w:right w:val="single" w:sz="8" w:space="0" w:color="auto"/>
      </w:pBdr>
      <w:spacing w:before="100" w:beforeAutospacing="1" w:after="100" w:afterAutospacing="1"/>
      <w:jc w:val="center"/>
      <w:textAlignment w:val="center"/>
    </w:pPr>
    <w:rPr>
      <w:sz w:val="26"/>
      <w:szCs w:val="26"/>
      <w:lang w:val="uk-UA" w:eastAsia="uk-UA"/>
    </w:rPr>
  </w:style>
  <w:style w:type="paragraph" w:customStyle="1" w:styleId="xl81">
    <w:name w:val="xl81"/>
    <w:basedOn w:val="a1"/>
    <w:rsid w:val="00507D79"/>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sz w:val="26"/>
      <w:szCs w:val="26"/>
      <w:lang w:val="uk-UA" w:eastAsia="uk-UA"/>
    </w:rPr>
  </w:style>
  <w:style w:type="paragraph" w:customStyle="1" w:styleId="xl82">
    <w:name w:val="xl82"/>
    <w:basedOn w:val="a1"/>
    <w:rsid w:val="00507D79"/>
    <w:pPr>
      <w:pBdr>
        <w:bottom w:val="single" w:sz="4" w:space="0" w:color="auto"/>
      </w:pBdr>
      <w:spacing w:before="100" w:beforeAutospacing="1" w:after="100" w:afterAutospacing="1"/>
    </w:pPr>
    <w:rPr>
      <w:sz w:val="24"/>
      <w:szCs w:val="24"/>
      <w:lang w:val="uk-UA" w:eastAsia="uk-UA"/>
    </w:rPr>
  </w:style>
  <w:style w:type="paragraph" w:customStyle="1" w:styleId="xl83">
    <w:name w:val="xl83"/>
    <w:basedOn w:val="a1"/>
    <w:rsid w:val="00507D79"/>
    <w:pPr>
      <w:pBdr>
        <w:top w:val="single" w:sz="8" w:space="0" w:color="auto"/>
        <w:left w:val="single" w:sz="8" w:space="0" w:color="auto"/>
        <w:bottom w:val="single" w:sz="8" w:space="0" w:color="auto"/>
      </w:pBdr>
      <w:shd w:val="clear" w:color="000000" w:fill="C6E0B4"/>
      <w:spacing w:before="100" w:beforeAutospacing="1" w:after="100" w:afterAutospacing="1"/>
      <w:textAlignment w:val="center"/>
    </w:pPr>
    <w:rPr>
      <w:b/>
      <w:bCs/>
      <w:sz w:val="4"/>
      <w:szCs w:val="4"/>
      <w:lang w:val="uk-UA" w:eastAsia="uk-UA"/>
    </w:rPr>
  </w:style>
  <w:style w:type="paragraph" w:customStyle="1" w:styleId="xl84">
    <w:name w:val="xl84"/>
    <w:basedOn w:val="a1"/>
    <w:rsid w:val="00507D79"/>
    <w:pPr>
      <w:pBdr>
        <w:top w:val="single" w:sz="8" w:space="0" w:color="auto"/>
        <w:bottom w:val="single" w:sz="8" w:space="0" w:color="auto"/>
        <w:right w:val="single" w:sz="8" w:space="0" w:color="auto"/>
      </w:pBdr>
      <w:shd w:val="clear" w:color="000000" w:fill="C6E0B4"/>
      <w:spacing w:before="100" w:beforeAutospacing="1" w:after="100" w:afterAutospacing="1"/>
      <w:textAlignment w:val="center"/>
    </w:pPr>
    <w:rPr>
      <w:b/>
      <w:bCs/>
      <w:sz w:val="4"/>
      <w:szCs w:val="4"/>
      <w:lang w:val="uk-UA" w:eastAsia="uk-UA"/>
    </w:rPr>
  </w:style>
  <w:style w:type="paragraph" w:customStyle="1" w:styleId="xl85">
    <w:name w:val="xl85"/>
    <w:basedOn w:val="a1"/>
    <w:rsid w:val="00507D79"/>
    <w:pPr>
      <w:pBdr>
        <w:top w:val="single" w:sz="8" w:space="0" w:color="auto"/>
        <w:bottom w:val="single" w:sz="8" w:space="0" w:color="auto"/>
        <w:right w:val="single" w:sz="4" w:space="0" w:color="auto"/>
      </w:pBdr>
      <w:shd w:val="clear" w:color="000000" w:fill="C6E0B4"/>
      <w:spacing w:before="100" w:beforeAutospacing="1" w:after="100" w:afterAutospacing="1"/>
      <w:jc w:val="right"/>
      <w:textAlignment w:val="center"/>
    </w:pPr>
    <w:rPr>
      <w:b/>
      <w:bCs/>
      <w:sz w:val="26"/>
      <w:szCs w:val="26"/>
      <w:lang w:val="uk-UA" w:eastAsia="uk-UA"/>
    </w:rPr>
  </w:style>
  <w:style w:type="paragraph" w:customStyle="1" w:styleId="xl86">
    <w:name w:val="xl86"/>
    <w:basedOn w:val="a1"/>
    <w:rsid w:val="00507D79"/>
    <w:pPr>
      <w:pBdr>
        <w:top w:val="single" w:sz="4" w:space="0" w:color="auto"/>
        <w:right w:val="single" w:sz="4" w:space="0" w:color="auto"/>
      </w:pBdr>
      <w:shd w:val="clear" w:color="000000" w:fill="C6E0B4"/>
      <w:spacing w:before="100" w:beforeAutospacing="1" w:after="100" w:afterAutospacing="1"/>
      <w:jc w:val="center"/>
      <w:textAlignment w:val="center"/>
    </w:pPr>
    <w:rPr>
      <w:b/>
      <w:bCs/>
      <w:sz w:val="26"/>
      <w:szCs w:val="26"/>
      <w:lang w:val="uk-UA" w:eastAsia="uk-UA"/>
    </w:rPr>
  </w:style>
  <w:style w:type="paragraph" w:customStyle="1" w:styleId="xl87">
    <w:name w:val="xl87"/>
    <w:basedOn w:val="a1"/>
    <w:rsid w:val="00507D79"/>
    <w:pPr>
      <w:pBdr>
        <w:top w:val="single" w:sz="4" w:space="0" w:color="auto"/>
        <w:left w:val="single" w:sz="4" w:space="0" w:color="auto"/>
        <w:right w:val="single" w:sz="4" w:space="0" w:color="auto"/>
      </w:pBdr>
      <w:shd w:val="clear" w:color="000000" w:fill="C6E0B4"/>
      <w:spacing w:before="100" w:beforeAutospacing="1" w:after="100" w:afterAutospacing="1"/>
      <w:jc w:val="center"/>
      <w:textAlignment w:val="center"/>
    </w:pPr>
    <w:rPr>
      <w:b/>
      <w:bCs/>
      <w:sz w:val="26"/>
      <w:szCs w:val="26"/>
      <w:lang w:val="uk-UA" w:eastAsia="uk-UA"/>
    </w:rPr>
  </w:style>
  <w:style w:type="paragraph" w:customStyle="1" w:styleId="xl88">
    <w:name w:val="xl88"/>
    <w:basedOn w:val="a1"/>
    <w:rsid w:val="00507D79"/>
    <w:pPr>
      <w:pBdr>
        <w:top w:val="single" w:sz="8" w:space="0" w:color="auto"/>
        <w:bottom w:val="single" w:sz="4" w:space="0" w:color="auto"/>
        <w:right w:val="single" w:sz="4" w:space="0" w:color="auto"/>
      </w:pBdr>
      <w:shd w:val="clear" w:color="000000" w:fill="C6E0B4"/>
      <w:spacing w:before="100" w:beforeAutospacing="1" w:after="100" w:afterAutospacing="1"/>
      <w:jc w:val="center"/>
      <w:textAlignment w:val="center"/>
    </w:pPr>
    <w:rPr>
      <w:b/>
      <w:bCs/>
      <w:sz w:val="26"/>
      <w:szCs w:val="26"/>
      <w:lang w:val="uk-UA" w:eastAsia="uk-UA"/>
    </w:rPr>
  </w:style>
  <w:style w:type="paragraph" w:customStyle="1" w:styleId="xl89">
    <w:name w:val="xl89"/>
    <w:basedOn w:val="a1"/>
    <w:rsid w:val="00507D79"/>
    <w:pPr>
      <w:pBdr>
        <w:top w:val="single" w:sz="8" w:space="0" w:color="auto"/>
        <w:left w:val="single" w:sz="4" w:space="0" w:color="auto"/>
        <w:bottom w:val="single" w:sz="4" w:space="0" w:color="auto"/>
        <w:right w:val="single" w:sz="4" w:space="0" w:color="auto"/>
      </w:pBdr>
      <w:shd w:val="clear" w:color="000000" w:fill="C6E0B4"/>
      <w:spacing w:before="100" w:beforeAutospacing="1" w:after="100" w:afterAutospacing="1"/>
      <w:jc w:val="center"/>
      <w:textAlignment w:val="center"/>
    </w:pPr>
    <w:rPr>
      <w:b/>
      <w:bCs/>
      <w:sz w:val="26"/>
      <w:szCs w:val="26"/>
      <w:lang w:val="uk-UA" w:eastAsia="uk-UA"/>
    </w:rPr>
  </w:style>
  <w:style w:type="paragraph" w:customStyle="1" w:styleId="xl90">
    <w:name w:val="xl90"/>
    <w:basedOn w:val="a1"/>
    <w:rsid w:val="00507D79"/>
    <w:pPr>
      <w:pBdr>
        <w:top w:val="single" w:sz="8" w:space="0" w:color="auto"/>
        <w:left w:val="single" w:sz="4" w:space="0" w:color="auto"/>
        <w:bottom w:val="single" w:sz="4" w:space="0" w:color="auto"/>
        <w:right w:val="single" w:sz="8" w:space="0" w:color="auto"/>
      </w:pBdr>
      <w:shd w:val="clear" w:color="000000" w:fill="C6E0B4"/>
      <w:spacing w:before="100" w:beforeAutospacing="1" w:after="100" w:afterAutospacing="1"/>
      <w:jc w:val="center"/>
      <w:textAlignment w:val="center"/>
    </w:pPr>
    <w:rPr>
      <w:b/>
      <w:bCs/>
      <w:sz w:val="26"/>
      <w:szCs w:val="26"/>
      <w:lang w:val="uk-UA" w:eastAsia="uk-UA"/>
    </w:rPr>
  </w:style>
  <w:style w:type="paragraph" w:customStyle="1" w:styleId="xl91">
    <w:name w:val="xl91"/>
    <w:basedOn w:val="a1"/>
    <w:rsid w:val="00507D79"/>
    <w:pPr>
      <w:pBdr>
        <w:top w:val="single" w:sz="8" w:space="0" w:color="auto"/>
        <w:left w:val="single" w:sz="8" w:space="0" w:color="auto"/>
        <w:bottom w:val="single" w:sz="4" w:space="0" w:color="auto"/>
        <w:right w:val="single" w:sz="4" w:space="0" w:color="auto"/>
      </w:pBdr>
      <w:shd w:val="clear" w:color="000000" w:fill="C6E0B4"/>
      <w:spacing w:before="100" w:beforeAutospacing="1" w:after="100" w:afterAutospacing="1"/>
      <w:jc w:val="center"/>
      <w:textAlignment w:val="center"/>
    </w:pPr>
    <w:rPr>
      <w:b/>
      <w:bCs/>
      <w:sz w:val="26"/>
      <w:szCs w:val="26"/>
      <w:lang w:val="uk-UA" w:eastAsia="uk-UA"/>
    </w:rPr>
  </w:style>
  <w:style w:type="paragraph" w:customStyle="1" w:styleId="xl92">
    <w:name w:val="xl92"/>
    <w:basedOn w:val="a1"/>
    <w:rsid w:val="00507D79"/>
    <w:pPr>
      <w:pBdr>
        <w:top w:val="single" w:sz="4" w:space="0" w:color="auto"/>
        <w:left w:val="single" w:sz="8" w:space="0" w:color="auto"/>
        <w:right w:val="single" w:sz="4" w:space="0" w:color="auto"/>
      </w:pBdr>
      <w:shd w:val="clear" w:color="000000" w:fill="C6E0B4"/>
      <w:spacing w:before="100" w:beforeAutospacing="1" w:after="100" w:afterAutospacing="1"/>
      <w:jc w:val="center"/>
      <w:textAlignment w:val="center"/>
    </w:pPr>
    <w:rPr>
      <w:b/>
      <w:bCs/>
      <w:sz w:val="26"/>
      <w:szCs w:val="26"/>
      <w:lang w:val="uk-UA" w:eastAsia="uk-UA"/>
    </w:rPr>
  </w:style>
  <w:style w:type="paragraph" w:customStyle="1" w:styleId="xl93">
    <w:name w:val="xl93"/>
    <w:basedOn w:val="a1"/>
    <w:rsid w:val="00507D79"/>
    <w:pPr>
      <w:pBdr>
        <w:top w:val="single" w:sz="4" w:space="0" w:color="auto"/>
        <w:left w:val="single" w:sz="4" w:space="0" w:color="auto"/>
        <w:right w:val="single" w:sz="8" w:space="0" w:color="auto"/>
      </w:pBdr>
      <w:shd w:val="clear" w:color="000000" w:fill="C6E0B4"/>
      <w:spacing w:before="100" w:beforeAutospacing="1" w:after="100" w:afterAutospacing="1"/>
      <w:jc w:val="center"/>
      <w:textAlignment w:val="center"/>
    </w:pPr>
    <w:rPr>
      <w:b/>
      <w:bCs/>
      <w:sz w:val="26"/>
      <w:szCs w:val="26"/>
      <w:lang w:val="uk-UA" w:eastAsia="uk-UA"/>
    </w:rPr>
  </w:style>
  <w:style w:type="paragraph" w:customStyle="1" w:styleId="xl94">
    <w:name w:val="xl94"/>
    <w:basedOn w:val="a1"/>
    <w:rsid w:val="00507D79"/>
    <w:pPr>
      <w:pBdr>
        <w:bottom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95">
    <w:name w:val="xl95"/>
    <w:basedOn w:val="a1"/>
    <w:rsid w:val="00507D79"/>
    <w:pPr>
      <w:pBdr>
        <w:top w:val="single" w:sz="4" w:space="0" w:color="auto"/>
        <w:left w:val="single" w:sz="4" w:space="0" w:color="auto"/>
        <w:bottom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96">
    <w:name w:val="xl96"/>
    <w:basedOn w:val="a1"/>
    <w:rsid w:val="00507D79"/>
    <w:pPr>
      <w:pBdr>
        <w:top w:val="single" w:sz="4" w:space="0" w:color="auto"/>
        <w:bottom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97">
    <w:name w:val="xl97"/>
    <w:basedOn w:val="a1"/>
    <w:rsid w:val="00507D79"/>
    <w:pPr>
      <w:pBdr>
        <w:top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98">
    <w:name w:val="xl98"/>
    <w:basedOn w:val="a1"/>
    <w:rsid w:val="00507D79"/>
    <w:pPr>
      <w:pBdr>
        <w:top w:val="single" w:sz="4" w:space="0" w:color="auto"/>
        <w:left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99">
    <w:name w:val="xl99"/>
    <w:basedOn w:val="a1"/>
    <w:rsid w:val="00507D79"/>
    <w:pPr>
      <w:pBdr>
        <w:left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00">
    <w:name w:val="xl100"/>
    <w:basedOn w:val="a1"/>
    <w:rsid w:val="00507D7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b/>
      <w:bCs/>
      <w:color w:val="000000"/>
      <w:sz w:val="26"/>
      <w:szCs w:val="26"/>
    </w:rPr>
  </w:style>
  <w:style w:type="paragraph" w:customStyle="1" w:styleId="xl101">
    <w:name w:val="xl101"/>
    <w:basedOn w:val="a1"/>
    <w:rsid w:val="00507D79"/>
    <w:pPr>
      <w:pBdr>
        <w:right w:val="single" w:sz="4" w:space="0" w:color="auto"/>
      </w:pBdr>
      <w:spacing w:before="100" w:beforeAutospacing="1" w:after="100" w:afterAutospacing="1"/>
      <w:jc w:val="center"/>
      <w:textAlignment w:val="center"/>
    </w:pPr>
    <w:rPr>
      <w:sz w:val="26"/>
      <w:szCs w:val="26"/>
    </w:rPr>
  </w:style>
  <w:style w:type="paragraph" w:customStyle="1" w:styleId="xl102">
    <w:name w:val="xl102"/>
    <w:basedOn w:val="a1"/>
    <w:rsid w:val="00507D79"/>
    <w:pPr>
      <w:pBdr>
        <w:right w:val="single" w:sz="4" w:space="0" w:color="auto"/>
      </w:pBdr>
      <w:spacing w:before="100" w:beforeAutospacing="1" w:after="100" w:afterAutospacing="1"/>
      <w:jc w:val="center"/>
      <w:textAlignment w:val="center"/>
    </w:pPr>
    <w:rPr>
      <w:sz w:val="26"/>
      <w:szCs w:val="26"/>
    </w:rPr>
  </w:style>
  <w:style w:type="paragraph" w:customStyle="1" w:styleId="xl103">
    <w:name w:val="xl103"/>
    <w:basedOn w:val="a1"/>
    <w:rsid w:val="00507D79"/>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color w:val="000000"/>
      <w:sz w:val="26"/>
      <w:szCs w:val="26"/>
    </w:rPr>
  </w:style>
  <w:style w:type="paragraph" w:customStyle="1" w:styleId="xl104">
    <w:name w:val="xl104"/>
    <w:basedOn w:val="a1"/>
    <w:rsid w:val="00507D7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center"/>
    </w:pPr>
    <w:rPr>
      <w:b/>
      <w:bCs/>
      <w:color w:val="000000"/>
      <w:sz w:val="26"/>
      <w:szCs w:val="26"/>
    </w:rPr>
  </w:style>
  <w:style w:type="paragraph" w:customStyle="1" w:styleId="xl105">
    <w:name w:val="xl105"/>
    <w:basedOn w:val="a1"/>
    <w:rsid w:val="00507D79"/>
    <w:pPr>
      <w:pBdr>
        <w:top w:val="single" w:sz="4" w:space="0" w:color="auto"/>
        <w:left w:val="single" w:sz="4" w:space="0" w:color="auto"/>
        <w:bottom w:val="single" w:sz="4" w:space="0" w:color="auto"/>
      </w:pBdr>
      <w:shd w:val="clear" w:color="000000" w:fill="FFFF00"/>
      <w:spacing w:before="100" w:beforeAutospacing="1" w:after="100" w:afterAutospacing="1"/>
    </w:pPr>
    <w:rPr>
      <w:b/>
      <w:bCs/>
      <w:color w:val="000000"/>
      <w:sz w:val="26"/>
      <w:szCs w:val="26"/>
    </w:rPr>
  </w:style>
  <w:style w:type="paragraph" w:customStyle="1" w:styleId="xl106">
    <w:name w:val="xl106"/>
    <w:basedOn w:val="a1"/>
    <w:rsid w:val="00507D79"/>
    <w:pPr>
      <w:pBdr>
        <w:top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327">
    <w:name w:val="xl327"/>
    <w:basedOn w:val="a1"/>
    <w:rsid w:val="00507D79"/>
    <w:pPr>
      <w:spacing w:before="100" w:beforeAutospacing="1" w:after="100" w:afterAutospacing="1"/>
    </w:pPr>
    <w:rPr>
      <w:rFonts w:ascii="Arial CYR" w:hAnsi="Arial CYR" w:cs="Arial CYR"/>
      <w:sz w:val="26"/>
      <w:szCs w:val="26"/>
    </w:rPr>
  </w:style>
  <w:style w:type="paragraph" w:customStyle="1" w:styleId="xl328">
    <w:name w:val="xl328"/>
    <w:basedOn w:val="a1"/>
    <w:rsid w:val="00507D79"/>
    <w:pPr>
      <w:shd w:val="clear" w:color="000000" w:fill="FFFFFF"/>
      <w:spacing w:before="100" w:beforeAutospacing="1" w:after="100" w:afterAutospacing="1"/>
    </w:pPr>
    <w:rPr>
      <w:rFonts w:ascii="Arial CYR" w:hAnsi="Arial CYR" w:cs="Arial CYR"/>
      <w:sz w:val="24"/>
      <w:szCs w:val="24"/>
    </w:rPr>
  </w:style>
  <w:style w:type="paragraph" w:customStyle="1" w:styleId="xl329">
    <w:name w:val="xl329"/>
    <w:basedOn w:val="a1"/>
    <w:rsid w:val="00507D79"/>
    <w:pPr>
      <w:pBdr>
        <w:bottom w:val="single" w:sz="4" w:space="0" w:color="auto"/>
      </w:pBdr>
      <w:shd w:val="clear" w:color="000000" w:fill="FFFFFF"/>
      <w:spacing w:before="100" w:beforeAutospacing="1" w:after="100" w:afterAutospacing="1"/>
    </w:pPr>
    <w:rPr>
      <w:rFonts w:ascii="Arial CYR" w:hAnsi="Arial CYR" w:cs="Arial CYR"/>
      <w:sz w:val="24"/>
      <w:szCs w:val="24"/>
    </w:rPr>
  </w:style>
  <w:style w:type="paragraph" w:customStyle="1" w:styleId="xl330">
    <w:name w:val="xl330"/>
    <w:basedOn w:val="a1"/>
    <w:rsid w:val="00507D79"/>
    <w:pPr>
      <w:shd w:val="clear" w:color="000000" w:fill="FFFFFF"/>
      <w:spacing w:before="100" w:beforeAutospacing="1" w:after="100" w:afterAutospacing="1"/>
    </w:pPr>
    <w:rPr>
      <w:rFonts w:ascii="Arial" w:hAnsi="Arial" w:cs="Arial"/>
      <w:sz w:val="24"/>
      <w:szCs w:val="24"/>
    </w:rPr>
  </w:style>
  <w:style w:type="paragraph" w:customStyle="1" w:styleId="xl331">
    <w:name w:val="xl331"/>
    <w:basedOn w:val="a1"/>
    <w:rsid w:val="00507D79"/>
    <w:pPr>
      <w:shd w:val="clear" w:color="000000" w:fill="FFFFFF"/>
      <w:spacing w:before="100" w:beforeAutospacing="1" w:after="100" w:afterAutospacing="1"/>
    </w:pPr>
    <w:rPr>
      <w:rFonts w:ascii="Arial CYR" w:hAnsi="Arial CYR" w:cs="Arial CYR"/>
      <w:sz w:val="24"/>
      <w:szCs w:val="24"/>
    </w:rPr>
  </w:style>
  <w:style w:type="paragraph" w:customStyle="1" w:styleId="xl332">
    <w:name w:val="xl332"/>
    <w:basedOn w:val="a1"/>
    <w:rsid w:val="00507D79"/>
    <w:pPr>
      <w:shd w:val="clear" w:color="000000" w:fill="FFFFFF"/>
      <w:spacing w:before="100" w:beforeAutospacing="1" w:after="100" w:afterAutospacing="1"/>
    </w:pPr>
    <w:rPr>
      <w:rFonts w:ascii="Arial CYR" w:hAnsi="Arial CYR" w:cs="Arial CYR"/>
      <w:sz w:val="24"/>
      <w:szCs w:val="24"/>
    </w:rPr>
  </w:style>
  <w:style w:type="paragraph" w:customStyle="1" w:styleId="xl333">
    <w:name w:val="xl333"/>
    <w:basedOn w:val="a1"/>
    <w:rsid w:val="00507D79"/>
    <w:pPr>
      <w:pBdr>
        <w:top w:val="single" w:sz="8" w:space="0" w:color="auto"/>
        <w:left w:val="single" w:sz="8" w:space="0" w:color="auto"/>
        <w:right w:val="single" w:sz="4" w:space="0" w:color="auto"/>
      </w:pBdr>
      <w:shd w:val="clear" w:color="000000" w:fill="FFFFFF"/>
      <w:spacing w:before="100" w:beforeAutospacing="1" w:after="100" w:afterAutospacing="1"/>
      <w:jc w:val="center"/>
      <w:textAlignment w:val="center"/>
    </w:pPr>
    <w:rPr>
      <w:b/>
      <w:bCs/>
      <w:sz w:val="22"/>
      <w:szCs w:val="22"/>
    </w:rPr>
  </w:style>
  <w:style w:type="paragraph" w:customStyle="1" w:styleId="xl334">
    <w:name w:val="xl334"/>
    <w:basedOn w:val="a1"/>
    <w:rsid w:val="00507D79"/>
    <w:pPr>
      <w:pBdr>
        <w:top w:val="single" w:sz="8" w:space="0" w:color="auto"/>
        <w:left w:val="single" w:sz="4" w:space="0" w:color="auto"/>
        <w:right w:val="single" w:sz="4" w:space="0" w:color="auto"/>
      </w:pBdr>
      <w:shd w:val="clear" w:color="000000" w:fill="FFFFFF"/>
      <w:spacing w:before="100" w:beforeAutospacing="1" w:after="100" w:afterAutospacing="1"/>
      <w:jc w:val="center"/>
      <w:textAlignment w:val="center"/>
    </w:pPr>
    <w:rPr>
      <w:b/>
      <w:bCs/>
      <w:sz w:val="22"/>
      <w:szCs w:val="22"/>
    </w:rPr>
  </w:style>
  <w:style w:type="paragraph" w:customStyle="1" w:styleId="xl335">
    <w:name w:val="xl335"/>
    <w:basedOn w:val="a1"/>
    <w:rsid w:val="00507D79"/>
    <w:pPr>
      <w:pBdr>
        <w:top w:val="single" w:sz="8" w:space="0" w:color="auto"/>
        <w:left w:val="single" w:sz="4" w:space="0" w:color="auto"/>
      </w:pBdr>
      <w:shd w:val="clear" w:color="000000" w:fill="FFFFFF"/>
      <w:spacing w:before="100" w:beforeAutospacing="1" w:after="100" w:afterAutospacing="1"/>
      <w:jc w:val="center"/>
      <w:textAlignment w:val="center"/>
    </w:pPr>
    <w:rPr>
      <w:b/>
      <w:bCs/>
      <w:sz w:val="22"/>
      <w:szCs w:val="22"/>
    </w:rPr>
  </w:style>
  <w:style w:type="paragraph" w:customStyle="1" w:styleId="xl336">
    <w:name w:val="xl336"/>
    <w:basedOn w:val="a1"/>
    <w:rsid w:val="00507D79"/>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37">
    <w:name w:val="xl337"/>
    <w:basedOn w:val="a1"/>
    <w:rsid w:val="00507D79"/>
    <w:pPr>
      <w:pBdr>
        <w:top w:val="single" w:sz="8" w:space="0" w:color="auto"/>
        <w:left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38">
    <w:name w:val="xl338"/>
    <w:basedOn w:val="a1"/>
    <w:rsid w:val="00507D79"/>
    <w:pPr>
      <w:pBdr>
        <w:top w:val="single" w:sz="8" w:space="0" w:color="auto"/>
        <w:left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39">
    <w:name w:val="xl339"/>
    <w:basedOn w:val="a1"/>
    <w:rsid w:val="00507D79"/>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40">
    <w:name w:val="xl340"/>
    <w:basedOn w:val="a1"/>
    <w:rsid w:val="00507D79"/>
    <w:pPr>
      <w:pBdr>
        <w:top w:val="single" w:sz="8" w:space="0" w:color="auto"/>
        <w:left w:val="single" w:sz="4" w:space="0" w:color="auto"/>
        <w:bottom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41">
    <w:name w:val="xl341"/>
    <w:basedOn w:val="a1"/>
    <w:rsid w:val="00507D79"/>
    <w:pPr>
      <w:pBdr>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42">
    <w:name w:val="xl342"/>
    <w:basedOn w:val="a1"/>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43">
    <w:name w:val="xl343"/>
    <w:basedOn w:val="a1"/>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44">
    <w:name w:val="xl344"/>
    <w:basedOn w:val="a1"/>
    <w:rsid w:val="00507D79"/>
    <w:pPr>
      <w:pBdr>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45">
    <w:name w:val="xl345"/>
    <w:basedOn w:val="a1"/>
    <w:rsid w:val="00507D79"/>
    <w:pPr>
      <w:pBdr>
        <w:left w:val="single" w:sz="4" w:space="0" w:color="auto"/>
        <w:bottom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46">
    <w:name w:val="xl346"/>
    <w:basedOn w:val="a1"/>
    <w:rsid w:val="00507D79"/>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47">
    <w:name w:val="xl347"/>
    <w:basedOn w:val="a1"/>
    <w:rsid w:val="00507D79"/>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48">
    <w:name w:val="xl348"/>
    <w:basedOn w:val="a1"/>
    <w:rsid w:val="00507D79"/>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49">
    <w:name w:val="xl349"/>
    <w:basedOn w:val="a1"/>
    <w:rsid w:val="00507D79"/>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50">
    <w:name w:val="xl350"/>
    <w:basedOn w:val="a1"/>
    <w:rsid w:val="00507D79"/>
    <w:pPr>
      <w:pBdr>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51">
    <w:name w:val="xl351"/>
    <w:basedOn w:val="a1"/>
    <w:rsid w:val="00507D79"/>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2"/>
      <w:szCs w:val="22"/>
    </w:rPr>
  </w:style>
  <w:style w:type="paragraph" w:customStyle="1" w:styleId="xl352">
    <w:name w:val="xl352"/>
    <w:basedOn w:val="a1"/>
    <w:rsid w:val="00507D79"/>
    <w:pPr>
      <w:pBdr>
        <w:left w:val="single" w:sz="4" w:space="0" w:color="auto"/>
        <w:bottom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53">
    <w:name w:val="xl353"/>
    <w:basedOn w:val="a1"/>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54">
    <w:name w:val="xl354"/>
    <w:basedOn w:val="a1"/>
    <w:rsid w:val="00507D79"/>
    <w:pPr>
      <w:pBdr>
        <w:top w:val="single" w:sz="4" w:space="0" w:color="auto"/>
        <w:left w:val="single" w:sz="4" w:space="0" w:color="auto"/>
        <w:bottom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55">
    <w:name w:val="xl355"/>
    <w:basedOn w:val="a1"/>
    <w:rsid w:val="00507D79"/>
    <w:pPr>
      <w:shd w:val="clear" w:color="000000" w:fill="FFFFFF"/>
      <w:spacing w:before="100" w:beforeAutospacing="1" w:after="100" w:afterAutospacing="1"/>
      <w:jc w:val="center"/>
      <w:textAlignment w:val="center"/>
    </w:pPr>
    <w:rPr>
      <w:sz w:val="22"/>
      <w:szCs w:val="22"/>
    </w:rPr>
  </w:style>
  <w:style w:type="paragraph" w:customStyle="1" w:styleId="xl356">
    <w:name w:val="xl356"/>
    <w:basedOn w:val="a1"/>
    <w:rsid w:val="00507D79"/>
    <w:pPr>
      <w:shd w:val="clear" w:color="000000" w:fill="FFFFFF"/>
      <w:spacing w:before="100" w:beforeAutospacing="1" w:after="100" w:afterAutospacing="1"/>
    </w:pPr>
    <w:rPr>
      <w:sz w:val="22"/>
      <w:szCs w:val="22"/>
    </w:rPr>
  </w:style>
  <w:style w:type="paragraph" w:customStyle="1" w:styleId="xl357">
    <w:name w:val="xl357"/>
    <w:basedOn w:val="a1"/>
    <w:rsid w:val="00507D79"/>
    <w:pPr>
      <w:pBdr>
        <w:top w:val="single" w:sz="8" w:space="0" w:color="auto"/>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58">
    <w:name w:val="xl358"/>
    <w:basedOn w:val="a1"/>
    <w:rsid w:val="00507D79"/>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59">
    <w:name w:val="xl359"/>
    <w:basedOn w:val="a1"/>
    <w:rsid w:val="00507D79"/>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60">
    <w:name w:val="xl360"/>
    <w:basedOn w:val="a1"/>
    <w:rsid w:val="00507D79"/>
    <w:pPr>
      <w:pBdr>
        <w:top w:val="single" w:sz="8" w:space="0" w:color="auto"/>
        <w:left w:val="single" w:sz="4" w:space="0" w:color="auto"/>
        <w:bottom w:val="single" w:sz="8" w:space="0" w:color="auto"/>
      </w:pBdr>
      <w:shd w:val="clear" w:color="000000" w:fill="FFFFFF"/>
      <w:spacing w:before="100" w:beforeAutospacing="1" w:after="100" w:afterAutospacing="1"/>
      <w:jc w:val="right"/>
      <w:textAlignment w:val="center"/>
    </w:pPr>
    <w:rPr>
      <w:sz w:val="22"/>
      <w:szCs w:val="22"/>
    </w:rPr>
  </w:style>
  <w:style w:type="paragraph" w:customStyle="1" w:styleId="xl361">
    <w:name w:val="xl361"/>
    <w:basedOn w:val="a1"/>
    <w:rsid w:val="00507D79"/>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62">
    <w:name w:val="xl362"/>
    <w:basedOn w:val="a1"/>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63">
    <w:name w:val="xl363"/>
    <w:basedOn w:val="a1"/>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64">
    <w:name w:val="xl364"/>
    <w:basedOn w:val="a1"/>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65">
    <w:name w:val="xl365"/>
    <w:basedOn w:val="a1"/>
    <w:rsid w:val="00507D79"/>
    <w:pPr>
      <w:pBdr>
        <w:left w:val="single" w:sz="4" w:space="0" w:color="auto"/>
        <w:bottom w:val="single" w:sz="4" w:space="0" w:color="auto"/>
        <w:right w:val="single" w:sz="8" w:space="0" w:color="auto"/>
      </w:pBdr>
      <w:shd w:val="clear" w:color="000000" w:fill="FFFFFF"/>
      <w:spacing w:before="100" w:beforeAutospacing="1" w:after="100" w:afterAutospacing="1"/>
      <w:jc w:val="right"/>
      <w:textAlignment w:val="center"/>
    </w:pPr>
    <w:rPr>
      <w:sz w:val="22"/>
      <w:szCs w:val="22"/>
    </w:rPr>
  </w:style>
  <w:style w:type="paragraph" w:customStyle="1" w:styleId="xl366">
    <w:name w:val="xl366"/>
    <w:basedOn w:val="a1"/>
    <w:rsid w:val="00507D79"/>
    <w:pPr>
      <w:pBdr>
        <w:left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67">
    <w:name w:val="xl367"/>
    <w:basedOn w:val="a1"/>
    <w:rsid w:val="00507D79"/>
    <w:pPr>
      <w:pBdr>
        <w:left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68">
    <w:name w:val="xl368"/>
    <w:basedOn w:val="a1"/>
    <w:rsid w:val="00507D79"/>
    <w:pPr>
      <w:pBdr>
        <w:left w:val="single" w:sz="4"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69">
    <w:name w:val="xl369"/>
    <w:basedOn w:val="a1"/>
    <w:rsid w:val="00507D79"/>
    <w:pPr>
      <w:pBdr>
        <w:top w:val="single" w:sz="8" w:space="0" w:color="auto"/>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70">
    <w:name w:val="xl370"/>
    <w:basedOn w:val="a1"/>
    <w:rsid w:val="00507D79"/>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71">
    <w:name w:val="xl371"/>
    <w:basedOn w:val="a1"/>
    <w:rsid w:val="00507D79"/>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72">
    <w:name w:val="xl372"/>
    <w:basedOn w:val="a1"/>
    <w:rsid w:val="00507D79"/>
    <w:pPr>
      <w:pBdr>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73">
    <w:name w:val="xl373"/>
    <w:basedOn w:val="a1"/>
    <w:rsid w:val="00507D79"/>
    <w:pPr>
      <w:pBdr>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74">
    <w:name w:val="xl374"/>
    <w:basedOn w:val="a1"/>
    <w:rsid w:val="00507D79"/>
    <w:pPr>
      <w:pBdr>
        <w:left w:val="single" w:sz="4" w:space="0" w:color="auto"/>
        <w:bottom w:val="single" w:sz="8"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1f0">
    <w:name w:val="Абзац списка1"/>
    <w:basedOn w:val="a1"/>
    <w:uiPriority w:val="34"/>
    <w:qFormat/>
    <w:rsid w:val="00507D79"/>
    <w:pPr>
      <w:spacing w:after="200" w:line="276" w:lineRule="auto"/>
      <w:ind w:left="720"/>
      <w:contextualSpacing/>
    </w:pPr>
    <w:rPr>
      <w:rFonts w:ascii="Calibri" w:hAnsi="Calibri"/>
      <w:sz w:val="22"/>
      <w:szCs w:val="22"/>
      <w:lang w:val="uk-UA" w:eastAsia="en-US"/>
    </w:rPr>
  </w:style>
  <w:style w:type="paragraph" w:customStyle="1" w:styleId="xl107">
    <w:name w:val="xl107"/>
    <w:basedOn w:val="a1"/>
    <w:rsid w:val="00507D79"/>
    <w:pPr>
      <w:pBdr>
        <w:top w:val="single" w:sz="4" w:space="0" w:color="auto"/>
        <w:left w:val="single" w:sz="4" w:space="0" w:color="auto"/>
        <w:right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08">
    <w:name w:val="xl108"/>
    <w:basedOn w:val="a1"/>
    <w:rsid w:val="00507D79"/>
    <w:pPr>
      <w:pBdr>
        <w:right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09">
    <w:name w:val="xl109"/>
    <w:basedOn w:val="a1"/>
    <w:rsid w:val="00507D79"/>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textAlignment w:val="center"/>
    </w:pPr>
    <w:rPr>
      <w:color w:val="000000"/>
      <w:sz w:val="26"/>
      <w:szCs w:val="26"/>
    </w:rPr>
  </w:style>
  <w:style w:type="paragraph" w:customStyle="1" w:styleId="xl110">
    <w:name w:val="xl110"/>
    <w:basedOn w:val="a1"/>
    <w:rsid w:val="00507D79"/>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textAlignment w:val="center"/>
    </w:pPr>
    <w:rPr>
      <w:sz w:val="26"/>
      <w:szCs w:val="26"/>
    </w:rPr>
  </w:style>
  <w:style w:type="paragraph" w:customStyle="1" w:styleId="xl111">
    <w:name w:val="xl111"/>
    <w:basedOn w:val="a1"/>
    <w:rsid w:val="00507D79"/>
    <w:pPr>
      <w:shd w:val="clear" w:color="000000" w:fill="FCD5B4"/>
      <w:spacing w:before="100" w:beforeAutospacing="1" w:after="100" w:afterAutospacing="1"/>
    </w:pPr>
    <w:rPr>
      <w:color w:val="000000"/>
      <w:sz w:val="26"/>
      <w:szCs w:val="26"/>
    </w:rPr>
  </w:style>
  <w:style w:type="paragraph" w:customStyle="1" w:styleId="xl112">
    <w:name w:val="xl112"/>
    <w:basedOn w:val="a1"/>
    <w:rsid w:val="00507D79"/>
    <w:pPr>
      <w:pBdr>
        <w:right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13">
    <w:name w:val="xl113"/>
    <w:basedOn w:val="a1"/>
    <w:rsid w:val="00507D79"/>
    <w:pPr>
      <w:pBdr>
        <w:right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14">
    <w:name w:val="xl114"/>
    <w:basedOn w:val="a1"/>
    <w:rsid w:val="00507D79"/>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textAlignment w:val="center"/>
    </w:pPr>
    <w:rPr>
      <w:color w:val="000000"/>
      <w:sz w:val="26"/>
      <w:szCs w:val="26"/>
    </w:rPr>
  </w:style>
  <w:style w:type="paragraph" w:customStyle="1" w:styleId="xl115">
    <w:name w:val="xl115"/>
    <w:basedOn w:val="a1"/>
    <w:rsid w:val="00507D79"/>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textAlignment w:val="center"/>
    </w:pPr>
    <w:rPr>
      <w:sz w:val="26"/>
      <w:szCs w:val="26"/>
    </w:rPr>
  </w:style>
  <w:style w:type="paragraph" w:customStyle="1" w:styleId="xl116">
    <w:name w:val="xl116"/>
    <w:basedOn w:val="a1"/>
    <w:rsid w:val="00507D79"/>
    <w:pPr>
      <w:shd w:val="clear" w:color="000000" w:fill="FABF8F"/>
      <w:spacing w:before="100" w:beforeAutospacing="1" w:after="100" w:afterAutospacing="1"/>
    </w:pPr>
    <w:rPr>
      <w:color w:val="000000"/>
      <w:sz w:val="26"/>
      <w:szCs w:val="26"/>
    </w:rPr>
  </w:style>
  <w:style w:type="paragraph" w:customStyle="1" w:styleId="xl117">
    <w:name w:val="xl117"/>
    <w:basedOn w:val="a1"/>
    <w:rsid w:val="00507D79"/>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color w:val="000000"/>
      <w:sz w:val="26"/>
      <w:szCs w:val="26"/>
    </w:rPr>
  </w:style>
  <w:style w:type="paragraph" w:customStyle="1" w:styleId="xl118">
    <w:name w:val="xl118"/>
    <w:basedOn w:val="a1"/>
    <w:rsid w:val="00507D79"/>
    <w:pPr>
      <w:pBdr>
        <w:top w:val="single" w:sz="4" w:space="0" w:color="auto"/>
        <w:left w:val="single" w:sz="4" w:space="0" w:color="auto"/>
        <w:bottom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19">
    <w:name w:val="xl119"/>
    <w:basedOn w:val="a1"/>
    <w:rsid w:val="00507D79"/>
    <w:pPr>
      <w:pBdr>
        <w:top w:val="single" w:sz="4" w:space="0" w:color="auto"/>
        <w:bottom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20">
    <w:name w:val="xl120"/>
    <w:basedOn w:val="a1"/>
    <w:rsid w:val="00507D79"/>
    <w:pPr>
      <w:pBdr>
        <w:top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21">
    <w:name w:val="xl121"/>
    <w:basedOn w:val="a1"/>
    <w:rsid w:val="00507D7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22">
    <w:name w:val="xl122"/>
    <w:basedOn w:val="a1"/>
    <w:rsid w:val="00507D7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b/>
      <w:bCs/>
      <w:color w:val="000000"/>
      <w:sz w:val="26"/>
      <w:szCs w:val="26"/>
    </w:rPr>
  </w:style>
  <w:style w:type="paragraph" w:customStyle="1" w:styleId="xl123">
    <w:name w:val="xl123"/>
    <w:basedOn w:val="a1"/>
    <w:rsid w:val="00507D79"/>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b/>
      <w:bCs/>
      <w:color w:val="000000"/>
      <w:sz w:val="26"/>
      <w:szCs w:val="26"/>
    </w:rPr>
  </w:style>
  <w:style w:type="paragraph" w:customStyle="1" w:styleId="xl124">
    <w:name w:val="xl124"/>
    <w:basedOn w:val="a1"/>
    <w:rsid w:val="00507D79"/>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textAlignment w:val="center"/>
    </w:pPr>
    <w:rPr>
      <w:b/>
      <w:bCs/>
      <w:color w:val="000000"/>
      <w:sz w:val="26"/>
      <w:szCs w:val="26"/>
    </w:rPr>
  </w:style>
  <w:style w:type="paragraph" w:customStyle="1" w:styleId="xl125">
    <w:name w:val="xl125"/>
    <w:basedOn w:val="a1"/>
    <w:rsid w:val="00507D79"/>
    <w:pPr>
      <w:pBdr>
        <w:top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26">
    <w:name w:val="xl126"/>
    <w:basedOn w:val="a1"/>
    <w:rsid w:val="00507D79"/>
    <w:pPr>
      <w:pBdr>
        <w:top w:val="single" w:sz="4" w:space="0" w:color="auto"/>
        <w:left w:val="single" w:sz="4" w:space="0" w:color="auto"/>
        <w:bottom w:val="single" w:sz="4" w:space="0" w:color="auto"/>
      </w:pBdr>
      <w:shd w:val="clear" w:color="000000" w:fill="FDE9D9"/>
      <w:spacing w:before="100" w:beforeAutospacing="1" w:after="100" w:afterAutospacing="1"/>
      <w:jc w:val="center"/>
      <w:textAlignment w:val="center"/>
    </w:pPr>
    <w:rPr>
      <w:b/>
      <w:bCs/>
      <w:color w:val="000000"/>
      <w:sz w:val="26"/>
      <w:szCs w:val="26"/>
    </w:rPr>
  </w:style>
  <w:style w:type="paragraph" w:customStyle="1" w:styleId="xl127">
    <w:name w:val="xl127"/>
    <w:basedOn w:val="a1"/>
    <w:rsid w:val="00507D79"/>
    <w:pPr>
      <w:pBdr>
        <w:top w:val="single" w:sz="4" w:space="0" w:color="auto"/>
        <w:bottom w:val="single" w:sz="4" w:space="0" w:color="auto"/>
      </w:pBdr>
      <w:shd w:val="clear" w:color="000000" w:fill="FDE9D9"/>
      <w:spacing w:before="100" w:beforeAutospacing="1" w:after="100" w:afterAutospacing="1"/>
      <w:jc w:val="center"/>
      <w:textAlignment w:val="center"/>
    </w:pPr>
    <w:rPr>
      <w:b/>
      <w:bCs/>
      <w:color w:val="000000"/>
      <w:sz w:val="26"/>
      <w:szCs w:val="26"/>
    </w:rPr>
  </w:style>
  <w:style w:type="paragraph" w:customStyle="1" w:styleId="xl128">
    <w:name w:val="xl128"/>
    <w:basedOn w:val="a1"/>
    <w:rsid w:val="00507D79"/>
    <w:pPr>
      <w:pBdr>
        <w:top w:val="single" w:sz="4" w:space="0" w:color="auto"/>
        <w:bottom w:val="single" w:sz="4" w:space="0" w:color="auto"/>
        <w:right w:val="single" w:sz="4" w:space="0" w:color="auto"/>
      </w:pBdr>
      <w:shd w:val="clear" w:color="000000" w:fill="FDE9D9"/>
      <w:spacing w:before="100" w:beforeAutospacing="1" w:after="100" w:afterAutospacing="1"/>
      <w:jc w:val="center"/>
      <w:textAlignment w:val="center"/>
    </w:pPr>
    <w:rPr>
      <w:b/>
      <w:bCs/>
      <w:color w:val="000000"/>
      <w:sz w:val="26"/>
      <w:szCs w:val="26"/>
    </w:rPr>
  </w:style>
  <w:style w:type="paragraph" w:customStyle="1" w:styleId="xl129">
    <w:name w:val="xl129"/>
    <w:basedOn w:val="a1"/>
    <w:rsid w:val="00507D79"/>
    <w:pPr>
      <w:pBdr>
        <w:top w:val="single" w:sz="4" w:space="0" w:color="auto"/>
        <w:left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30">
    <w:name w:val="xl130"/>
    <w:basedOn w:val="a1"/>
    <w:rsid w:val="00507D79"/>
    <w:pPr>
      <w:pBdr>
        <w:left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31">
    <w:name w:val="xl131"/>
    <w:basedOn w:val="a1"/>
    <w:rsid w:val="00507D79"/>
    <w:pPr>
      <w:pBdr>
        <w:top w:val="single" w:sz="4" w:space="0" w:color="auto"/>
        <w:left w:val="single" w:sz="4" w:space="0" w:color="auto"/>
        <w:bottom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32">
    <w:name w:val="xl132"/>
    <w:basedOn w:val="a1"/>
    <w:rsid w:val="00507D79"/>
    <w:pPr>
      <w:pBdr>
        <w:top w:val="single" w:sz="4" w:space="0" w:color="auto"/>
        <w:bottom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33">
    <w:name w:val="xl133"/>
    <w:basedOn w:val="a1"/>
    <w:rsid w:val="00507D79"/>
    <w:pPr>
      <w:pBdr>
        <w:top w:val="single" w:sz="4" w:space="0" w:color="auto"/>
        <w:bottom w:val="single" w:sz="4" w:space="0" w:color="auto"/>
        <w:right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34">
    <w:name w:val="xl134"/>
    <w:basedOn w:val="a1"/>
    <w:rsid w:val="00507D79"/>
    <w:pPr>
      <w:pBdr>
        <w:top w:val="single" w:sz="4" w:space="0" w:color="auto"/>
        <w:left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35">
    <w:name w:val="xl135"/>
    <w:basedOn w:val="a1"/>
    <w:rsid w:val="00507D79"/>
    <w:pPr>
      <w:pBdr>
        <w:top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36">
    <w:name w:val="xl136"/>
    <w:basedOn w:val="a1"/>
    <w:rsid w:val="00507D79"/>
    <w:pPr>
      <w:pBdr>
        <w:top w:val="single" w:sz="4" w:space="0" w:color="auto"/>
        <w:bottom w:val="single" w:sz="4" w:space="0" w:color="auto"/>
        <w:right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styleId="afff">
    <w:name w:val="Document Map"/>
    <w:basedOn w:val="a1"/>
    <w:link w:val="afff0"/>
    <w:uiPriority w:val="99"/>
    <w:semiHidden/>
    <w:rsid w:val="00507D79"/>
    <w:pPr>
      <w:shd w:val="clear" w:color="auto" w:fill="000080"/>
    </w:pPr>
    <w:rPr>
      <w:rFonts w:ascii="Tahoma" w:hAnsi="Tahoma" w:cs="Tahoma"/>
    </w:rPr>
  </w:style>
  <w:style w:type="character" w:customStyle="1" w:styleId="afff0">
    <w:name w:val="Схема документа Знак"/>
    <w:basedOn w:val="a2"/>
    <w:link w:val="afff"/>
    <w:uiPriority w:val="99"/>
    <w:semiHidden/>
    <w:locked/>
    <w:rsid w:val="00507D79"/>
    <w:rPr>
      <w:rFonts w:ascii="Tahoma" w:hAnsi="Tahoma" w:cs="Tahoma"/>
      <w:shd w:val="clear" w:color="auto" w:fill="000080"/>
      <w:lang w:val="ru-RU" w:eastAsia="ru-RU"/>
    </w:rPr>
  </w:style>
  <w:style w:type="paragraph" w:customStyle="1" w:styleId="1f1">
    <w:name w:val="Абзац списку1"/>
    <w:basedOn w:val="a1"/>
    <w:uiPriority w:val="34"/>
    <w:qFormat/>
    <w:rsid w:val="00507D79"/>
    <w:pPr>
      <w:spacing w:after="200" w:line="276" w:lineRule="auto"/>
      <w:ind w:left="720"/>
      <w:contextualSpacing/>
    </w:pPr>
    <w:rPr>
      <w:rFonts w:ascii="Calibri" w:hAnsi="Calibri"/>
      <w:sz w:val="22"/>
      <w:szCs w:val="22"/>
      <w:lang w:val="uk-UA" w:eastAsia="en-US"/>
    </w:rPr>
  </w:style>
  <w:style w:type="paragraph" w:customStyle="1" w:styleId="xl137">
    <w:name w:val="xl137"/>
    <w:basedOn w:val="a1"/>
    <w:rsid w:val="00507D79"/>
    <w:pPr>
      <w:pBdr>
        <w:top w:val="single" w:sz="4" w:space="0" w:color="auto"/>
        <w:bottom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38">
    <w:name w:val="xl138"/>
    <w:basedOn w:val="a1"/>
    <w:rsid w:val="00507D79"/>
    <w:pPr>
      <w:pBdr>
        <w:top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39">
    <w:name w:val="xl139"/>
    <w:basedOn w:val="a1"/>
    <w:rsid w:val="00507D7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b/>
      <w:bCs/>
      <w:color w:val="000000"/>
      <w:sz w:val="26"/>
      <w:szCs w:val="26"/>
    </w:rPr>
  </w:style>
  <w:style w:type="paragraph" w:customStyle="1" w:styleId="xl140">
    <w:name w:val="xl140"/>
    <w:basedOn w:val="a1"/>
    <w:rsid w:val="00507D79"/>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b/>
      <w:bCs/>
      <w:color w:val="000000"/>
      <w:sz w:val="26"/>
      <w:szCs w:val="26"/>
    </w:rPr>
  </w:style>
  <w:style w:type="paragraph" w:customStyle="1" w:styleId="xl141">
    <w:name w:val="xl141"/>
    <w:basedOn w:val="a1"/>
    <w:rsid w:val="00507D79"/>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textAlignment w:val="center"/>
    </w:pPr>
    <w:rPr>
      <w:b/>
      <w:bCs/>
      <w:color w:val="000000"/>
      <w:sz w:val="26"/>
      <w:szCs w:val="26"/>
    </w:rPr>
  </w:style>
  <w:style w:type="paragraph" w:customStyle="1" w:styleId="xl142">
    <w:name w:val="xl142"/>
    <w:basedOn w:val="a1"/>
    <w:rsid w:val="00507D79"/>
    <w:pPr>
      <w:pBdr>
        <w:top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43">
    <w:name w:val="xl143"/>
    <w:basedOn w:val="a1"/>
    <w:rsid w:val="00507D79"/>
    <w:pPr>
      <w:pBdr>
        <w:top w:val="single" w:sz="4" w:space="0" w:color="auto"/>
        <w:left w:val="single" w:sz="4" w:space="0" w:color="auto"/>
        <w:bottom w:val="single" w:sz="4" w:space="0" w:color="auto"/>
      </w:pBdr>
      <w:shd w:val="clear" w:color="000000" w:fill="FDE9D9"/>
      <w:spacing w:before="100" w:beforeAutospacing="1" w:after="100" w:afterAutospacing="1"/>
      <w:jc w:val="center"/>
      <w:textAlignment w:val="center"/>
    </w:pPr>
    <w:rPr>
      <w:b/>
      <w:bCs/>
      <w:color w:val="000000"/>
      <w:sz w:val="26"/>
      <w:szCs w:val="26"/>
    </w:rPr>
  </w:style>
  <w:style w:type="paragraph" w:customStyle="1" w:styleId="xl144">
    <w:name w:val="xl144"/>
    <w:basedOn w:val="a1"/>
    <w:rsid w:val="00507D79"/>
    <w:pPr>
      <w:pBdr>
        <w:top w:val="single" w:sz="4" w:space="0" w:color="auto"/>
        <w:bottom w:val="single" w:sz="4" w:space="0" w:color="auto"/>
      </w:pBdr>
      <w:shd w:val="clear" w:color="000000" w:fill="FDE9D9"/>
      <w:spacing w:before="100" w:beforeAutospacing="1" w:after="100" w:afterAutospacing="1"/>
      <w:jc w:val="center"/>
      <w:textAlignment w:val="center"/>
    </w:pPr>
    <w:rPr>
      <w:b/>
      <w:bCs/>
      <w:color w:val="000000"/>
      <w:sz w:val="26"/>
      <w:szCs w:val="26"/>
    </w:rPr>
  </w:style>
  <w:style w:type="paragraph" w:customStyle="1" w:styleId="xl145">
    <w:name w:val="xl145"/>
    <w:basedOn w:val="a1"/>
    <w:rsid w:val="00507D79"/>
    <w:pPr>
      <w:pBdr>
        <w:top w:val="single" w:sz="4" w:space="0" w:color="auto"/>
        <w:bottom w:val="single" w:sz="4" w:space="0" w:color="auto"/>
        <w:right w:val="single" w:sz="4" w:space="0" w:color="auto"/>
      </w:pBdr>
      <w:shd w:val="clear" w:color="000000" w:fill="FDE9D9"/>
      <w:spacing w:before="100" w:beforeAutospacing="1" w:after="100" w:afterAutospacing="1"/>
      <w:jc w:val="center"/>
      <w:textAlignment w:val="center"/>
    </w:pPr>
    <w:rPr>
      <w:b/>
      <w:bCs/>
      <w:color w:val="000000"/>
      <w:sz w:val="26"/>
      <w:szCs w:val="26"/>
    </w:rPr>
  </w:style>
  <w:style w:type="paragraph" w:customStyle="1" w:styleId="xl146">
    <w:name w:val="xl146"/>
    <w:basedOn w:val="a1"/>
    <w:rsid w:val="00507D79"/>
    <w:pPr>
      <w:pBdr>
        <w:top w:val="single" w:sz="4" w:space="0" w:color="auto"/>
        <w:left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47">
    <w:name w:val="xl147"/>
    <w:basedOn w:val="a1"/>
    <w:rsid w:val="00507D79"/>
    <w:pPr>
      <w:pBdr>
        <w:left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48">
    <w:name w:val="xl148"/>
    <w:basedOn w:val="a1"/>
    <w:rsid w:val="00507D79"/>
    <w:pPr>
      <w:pBdr>
        <w:top w:val="single" w:sz="4" w:space="0" w:color="auto"/>
        <w:left w:val="single" w:sz="4" w:space="0" w:color="auto"/>
        <w:bottom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49">
    <w:name w:val="xl149"/>
    <w:basedOn w:val="a1"/>
    <w:rsid w:val="00507D79"/>
    <w:pPr>
      <w:pBdr>
        <w:top w:val="single" w:sz="4" w:space="0" w:color="auto"/>
        <w:bottom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50">
    <w:name w:val="xl150"/>
    <w:basedOn w:val="a1"/>
    <w:rsid w:val="00507D79"/>
    <w:pPr>
      <w:pBdr>
        <w:top w:val="single" w:sz="4" w:space="0" w:color="auto"/>
        <w:bottom w:val="single" w:sz="4" w:space="0" w:color="auto"/>
        <w:right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51">
    <w:name w:val="xl151"/>
    <w:basedOn w:val="a1"/>
    <w:rsid w:val="00507D79"/>
    <w:pPr>
      <w:pBdr>
        <w:top w:val="single" w:sz="4" w:space="0" w:color="auto"/>
        <w:left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52">
    <w:name w:val="xl152"/>
    <w:basedOn w:val="a1"/>
    <w:rsid w:val="00507D79"/>
    <w:pPr>
      <w:pBdr>
        <w:top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53">
    <w:name w:val="xl153"/>
    <w:basedOn w:val="a1"/>
    <w:rsid w:val="00507D79"/>
    <w:pPr>
      <w:pBdr>
        <w:top w:val="single" w:sz="4" w:space="0" w:color="auto"/>
        <w:bottom w:val="single" w:sz="4" w:space="0" w:color="auto"/>
        <w:right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54">
    <w:name w:val="xl154"/>
    <w:basedOn w:val="a1"/>
    <w:rsid w:val="00507D79"/>
    <w:pPr>
      <w:spacing w:before="100" w:beforeAutospacing="1" w:after="100" w:afterAutospacing="1"/>
      <w:jc w:val="center"/>
      <w:textAlignment w:val="center"/>
    </w:pPr>
    <w:rPr>
      <w:color w:val="000000"/>
      <w:sz w:val="26"/>
      <w:szCs w:val="26"/>
    </w:rPr>
  </w:style>
  <w:style w:type="paragraph" w:customStyle="1" w:styleId="xl155">
    <w:name w:val="xl155"/>
    <w:basedOn w:val="a1"/>
    <w:rsid w:val="00507D79"/>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sz w:val="24"/>
      <w:szCs w:val="24"/>
    </w:rPr>
  </w:style>
  <w:style w:type="paragraph" w:customStyle="1" w:styleId="2a">
    <w:name w:val="Абзац списку2"/>
    <w:basedOn w:val="a1"/>
    <w:uiPriority w:val="99"/>
    <w:qFormat/>
    <w:rsid w:val="00507D79"/>
    <w:pPr>
      <w:spacing w:after="200" w:line="276" w:lineRule="auto"/>
      <w:ind w:left="720"/>
      <w:contextualSpacing/>
    </w:pPr>
    <w:rPr>
      <w:rFonts w:ascii="Calibri" w:hAnsi="Calibri"/>
      <w:sz w:val="22"/>
      <w:szCs w:val="22"/>
      <w:lang w:val="uk-UA" w:eastAsia="en-US"/>
    </w:rPr>
  </w:style>
  <w:style w:type="paragraph" w:customStyle="1" w:styleId="xl156">
    <w:name w:val="xl156"/>
    <w:basedOn w:val="a1"/>
    <w:rsid w:val="00507D79"/>
    <w:pPr>
      <w:pBdr>
        <w:top w:val="single" w:sz="4" w:space="0" w:color="auto"/>
        <w:left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57">
    <w:name w:val="xl157"/>
    <w:basedOn w:val="a1"/>
    <w:rsid w:val="00507D79"/>
    <w:pPr>
      <w:pBdr>
        <w:top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58">
    <w:name w:val="xl158"/>
    <w:basedOn w:val="a1"/>
    <w:rsid w:val="00507D79"/>
    <w:pPr>
      <w:pBdr>
        <w:top w:val="single" w:sz="4" w:space="0" w:color="auto"/>
        <w:bottom w:val="single" w:sz="4" w:space="0" w:color="auto"/>
        <w:right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59">
    <w:name w:val="xl159"/>
    <w:basedOn w:val="a1"/>
    <w:rsid w:val="00507D79"/>
    <w:pPr>
      <w:pBdr>
        <w:right w:val="single" w:sz="4" w:space="0" w:color="auto"/>
      </w:pBdr>
      <w:shd w:val="clear" w:color="000000" w:fill="FFFFFF"/>
      <w:spacing w:before="100" w:beforeAutospacing="1" w:after="100" w:afterAutospacing="1"/>
      <w:jc w:val="center"/>
      <w:textAlignment w:val="center"/>
    </w:pPr>
    <w:rPr>
      <w:color w:val="000000"/>
      <w:sz w:val="26"/>
      <w:szCs w:val="26"/>
    </w:rPr>
  </w:style>
  <w:style w:type="character" w:styleId="afff1">
    <w:name w:val="annotation reference"/>
    <w:basedOn w:val="a2"/>
    <w:uiPriority w:val="99"/>
    <w:rsid w:val="00507D79"/>
    <w:rPr>
      <w:rFonts w:cs="Times New Roman"/>
      <w:sz w:val="16"/>
    </w:rPr>
  </w:style>
  <w:style w:type="paragraph" w:styleId="afff2">
    <w:name w:val="annotation text"/>
    <w:basedOn w:val="a1"/>
    <w:link w:val="afff3"/>
    <w:uiPriority w:val="99"/>
    <w:rsid w:val="00507D79"/>
  </w:style>
  <w:style w:type="character" w:customStyle="1" w:styleId="afff3">
    <w:name w:val="Текст примітки Знак"/>
    <w:basedOn w:val="a2"/>
    <w:link w:val="afff2"/>
    <w:uiPriority w:val="99"/>
    <w:locked/>
    <w:rsid w:val="00507D79"/>
    <w:rPr>
      <w:rFonts w:cs="Times New Roman"/>
      <w:lang w:val="ru-RU" w:eastAsia="ru-RU"/>
    </w:rPr>
  </w:style>
  <w:style w:type="paragraph" w:styleId="afff4">
    <w:name w:val="annotation subject"/>
    <w:basedOn w:val="afff2"/>
    <w:next w:val="afff2"/>
    <w:link w:val="afff5"/>
    <w:uiPriority w:val="99"/>
    <w:rsid w:val="00507D79"/>
    <w:rPr>
      <w:b/>
      <w:bCs/>
      <w:lang w:val="uk-UA" w:eastAsia="uk-UA"/>
    </w:rPr>
  </w:style>
  <w:style w:type="character" w:customStyle="1" w:styleId="afff5">
    <w:name w:val="Тема примітки Знак"/>
    <w:basedOn w:val="afff3"/>
    <w:link w:val="afff4"/>
    <w:uiPriority w:val="99"/>
    <w:locked/>
    <w:rsid w:val="00507D79"/>
    <w:rPr>
      <w:rFonts w:cs="Times New Roman"/>
      <w:b/>
      <w:bCs/>
      <w:lang w:val="ru-RU" w:eastAsia="ru-RU"/>
    </w:rPr>
  </w:style>
  <w:style w:type="paragraph" w:customStyle="1" w:styleId="xl160">
    <w:name w:val="xl160"/>
    <w:basedOn w:val="a1"/>
    <w:rsid w:val="00507D79"/>
    <w:pPr>
      <w:pBdr>
        <w:left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61">
    <w:name w:val="xl161"/>
    <w:basedOn w:val="a1"/>
    <w:rsid w:val="00507D79"/>
    <w:pPr>
      <w:pBdr>
        <w:top w:val="single" w:sz="4" w:space="0" w:color="auto"/>
        <w:left w:val="single" w:sz="4" w:space="0" w:color="auto"/>
        <w:bottom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62">
    <w:name w:val="xl162"/>
    <w:basedOn w:val="a1"/>
    <w:rsid w:val="00507D79"/>
    <w:pPr>
      <w:pBdr>
        <w:top w:val="single" w:sz="4" w:space="0" w:color="auto"/>
        <w:bottom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63">
    <w:name w:val="xl163"/>
    <w:basedOn w:val="a1"/>
    <w:rsid w:val="00507D79"/>
    <w:pPr>
      <w:pBdr>
        <w:top w:val="single" w:sz="4" w:space="0" w:color="auto"/>
        <w:bottom w:val="single" w:sz="4" w:space="0" w:color="auto"/>
        <w:right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64">
    <w:name w:val="xl164"/>
    <w:basedOn w:val="a1"/>
    <w:rsid w:val="00507D79"/>
    <w:pPr>
      <w:pBdr>
        <w:top w:val="single" w:sz="4" w:space="0" w:color="auto"/>
        <w:left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65">
    <w:name w:val="xl165"/>
    <w:basedOn w:val="a1"/>
    <w:rsid w:val="00507D79"/>
    <w:pPr>
      <w:pBdr>
        <w:top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66">
    <w:name w:val="xl166"/>
    <w:basedOn w:val="a1"/>
    <w:rsid w:val="00507D79"/>
    <w:pPr>
      <w:pBdr>
        <w:top w:val="single" w:sz="4" w:space="0" w:color="auto"/>
        <w:bottom w:val="single" w:sz="4" w:space="0" w:color="auto"/>
        <w:right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67">
    <w:name w:val="xl167"/>
    <w:basedOn w:val="a1"/>
    <w:rsid w:val="00507D7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68">
    <w:name w:val="xl168"/>
    <w:basedOn w:val="a1"/>
    <w:rsid w:val="00507D79"/>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b/>
      <w:bCs/>
      <w:color w:val="000000"/>
      <w:sz w:val="26"/>
      <w:szCs w:val="26"/>
    </w:rPr>
  </w:style>
  <w:style w:type="paragraph" w:customStyle="1" w:styleId="xl169">
    <w:name w:val="xl169"/>
    <w:basedOn w:val="a1"/>
    <w:rsid w:val="00507D79"/>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textAlignment w:val="center"/>
    </w:pPr>
    <w:rPr>
      <w:b/>
      <w:bCs/>
      <w:color w:val="000000"/>
      <w:sz w:val="26"/>
      <w:szCs w:val="26"/>
    </w:rPr>
  </w:style>
  <w:style w:type="paragraph" w:customStyle="1" w:styleId="xl170">
    <w:name w:val="xl170"/>
    <w:basedOn w:val="a1"/>
    <w:rsid w:val="00507D79"/>
    <w:pPr>
      <w:pBdr>
        <w:left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71">
    <w:name w:val="xl171"/>
    <w:basedOn w:val="a1"/>
    <w:rsid w:val="00507D79"/>
    <w:pPr>
      <w:pBdr>
        <w:top w:val="single" w:sz="4" w:space="0" w:color="auto"/>
        <w:left w:val="single" w:sz="4" w:space="0" w:color="auto"/>
        <w:bottom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72">
    <w:name w:val="xl172"/>
    <w:basedOn w:val="a1"/>
    <w:rsid w:val="00507D79"/>
    <w:pPr>
      <w:pBdr>
        <w:top w:val="single" w:sz="4" w:space="0" w:color="auto"/>
        <w:bottom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73">
    <w:name w:val="xl173"/>
    <w:basedOn w:val="a1"/>
    <w:rsid w:val="00507D79"/>
    <w:pPr>
      <w:pBdr>
        <w:top w:val="single" w:sz="4" w:space="0" w:color="auto"/>
        <w:bottom w:val="single" w:sz="4" w:space="0" w:color="auto"/>
        <w:right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74">
    <w:name w:val="xl174"/>
    <w:basedOn w:val="a1"/>
    <w:rsid w:val="00507D79"/>
    <w:pPr>
      <w:pBdr>
        <w:top w:val="single" w:sz="4" w:space="0" w:color="auto"/>
        <w:left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75">
    <w:name w:val="xl175"/>
    <w:basedOn w:val="a1"/>
    <w:rsid w:val="00507D79"/>
    <w:pPr>
      <w:pBdr>
        <w:top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76">
    <w:name w:val="xl176"/>
    <w:basedOn w:val="a1"/>
    <w:rsid w:val="00507D79"/>
    <w:pPr>
      <w:pBdr>
        <w:top w:val="single" w:sz="4" w:space="0" w:color="auto"/>
        <w:bottom w:val="single" w:sz="4" w:space="0" w:color="auto"/>
        <w:right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77">
    <w:name w:val="xl177"/>
    <w:basedOn w:val="a1"/>
    <w:rsid w:val="00507D7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78">
    <w:name w:val="xl178"/>
    <w:basedOn w:val="a1"/>
    <w:rsid w:val="00507D79"/>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b/>
      <w:bCs/>
      <w:color w:val="000000"/>
      <w:sz w:val="26"/>
      <w:szCs w:val="26"/>
    </w:rPr>
  </w:style>
  <w:style w:type="paragraph" w:customStyle="1" w:styleId="xl179">
    <w:name w:val="xl179"/>
    <w:basedOn w:val="a1"/>
    <w:rsid w:val="00507D79"/>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textAlignment w:val="center"/>
    </w:pPr>
    <w:rPr>
      <w:b/>
      <w:bCs/>
      <w:color w:val="000000"/>
      <w:sz w:val="26"/>
      <w:szCs w:val="26"/>
    </w:rPr>
  </w:style>
  <w:style w:type="paragraph" w:customStyle="1" w:styleId="xl180">
    <w:name w:val="xl180"/>
    <w:basedOn w:val="a1"/>
    <w:rsid w:val="00507D79"/>
    <w:pPr>
      <w:spacing w:before="100" w:beforeAutospacing="1" w:after="100" w:afterAutospacing="1"/>
      <w:jc w:val="center"/>
      <w:textAlignment w:val="center"/>
    </w:pPr>
    <w:rPr>
      <w:sz w:val="26"/>
      <w:szCs w:val="26"/>
    </w:rPr>
  </w:style>
  <w:style w:type="character" w:customStyle="1" w:styleId="1f2">
    <w:name w:val="Слабке виокремлення1"/>
    <w:uiPriority w:val="19"/>
    <w:qFormat/>
    <w:rsid w:val="00507D79"/>
    <w:rPr>
      <w:i/>
      <w:color w:val="808080"/>
    </w:rPr>
  </w:style>
  <w:style w:type="paragraph" w:customStyle="1" w:styleId="36">
    <w:name w:val="Абзац списку3"/>
    <w:basedOn w:val="a1"/>
    <w:uiPriority w:val="34"/>
    <w:qFormat/>
    <w:rsid w:val="00507D79"/>
    <w:pPr>
      <w:spacing w:after="200" w:line="276" w:lineRule="auto"/>
      <w:ind w:left="720"/>
      <w:contextualSpacing/>
    </w:pPr>
    <w:rPr>
      <w:rFonts w:ascii="Calibri" w:hAnsi="Calibri"/>
      <w:sz w:val="22"/>
      <w:szCs w:val="22"/>
      <w:lang w:val="uk-UA" w:eastAsia="en-US"/>
    </w:rPr>
  </w:style>
  <w:style w:type="character" w:customStyle="1" w:styleId="Bodytext2">
    <w:name w:val="Body text (2)"/>
    <w:qFormat/>
    <w:rsid w:val="00507D79"/>
    <w:rPr>
      <w:color w:val="1D1D1D"/>
      <w:sz w:val="26"/>
      <w:u w:val="none"/>
    </w:rPr>
  </w:style>
  <w:style w:type="character" w:customStyle="1" w:styleId="2721">
    <w:name w:val="2721"/>
    <w:aliases w:val="baiaagaaboqcaaaddqyaaawdbgaaaaaaaaaaaaaaaaaaaaaaaaaaaaaaaaaaaaaaaaaaaaaaaaaaaaaaaaaaaaaaaaaaaaaaaaaaaaaaaaaaaaaaaaaaaaaaaaaaaaaaaaaaaaaaaaaaaaaaaaaaaaaaaaaaaaaaaaaaaaaaaaaaaaaaaaaaaaaaaaaaaaaaaaaaaaaaaaaaaaaaaaaaaaaaaaaaaaaaaaaaaaaa"/>
    <w:rsid w:val="00B50E27"/>
  </w:style>
  <w:style w:type="paragraph" w:customStyle="1" w:styleId="afff6">
    <w:name w:val="Вміст таблиці"/>
    <w:basedOn w:val="a1"/>
    <w:qFormat/>
    <w:rsid w:val="008C1DA3"/>
    <w:pPr>
      <w:widowControl w:val="0"/>
      <w:suppressLineNumbers/>
      <w:suppressAutoHyphens/>
      <w:spacing w:after="200" w:line="276" w:lineRule="auto"/>
    </w:pPr>
    <w:rPr>
      <w:rFonts w:ascii="Calibri" w:hAnsi="Calibri"/>
      <w:sz w:val="22"/>
      <w:szCs w:val="22"/>
      <w:lang w:val="uk-UA" w:eastAsia="uk-UA"/>
    </w:rPr>
  </w:style>
  <w:style w:type="paragraph" w:styleId="37">
    <w:name w:val="Body Text 3"/>
    <w:basedOn w:val="a1"/>
    <w:link w:val="38"/>
    <w:uiPriority w:val="99"/>
    <w:rsid w:val="00D740C7"/>
    <w:pPr>
      <w:tabs>
        <w:tab w:val="left" w:pos="1134"/>
      </w:tabs>
      <w:jc w:val="both"/>
      <w:outlineLvl w:val="0"/>
    </w:pPr>
    <w:rPr>
      <w:sz w:val="26"/>
      <w:szCs w:val="26"/>
      <w:lang w:val="uk-UA" w:eastAsia="uk-UA"/>
    </w:rPr>
  </w:style>
  <w:style w:type="character" w:customStyle="1" w:styleId="38">
    <w:name w:val="Основний текст 3 Знак"/>
    <w:basedOn w:val="a2"/>
    <w:link w:val="37"/>
    <w:uiPriority w:val="99"/>
    <w:locked/>
    <w:rsid w:val="00D740C7"/>
    <w:rPr>
      <w:rFonts w:cs="Times New Roman"/>
      <w:sz w:val="26"/>
      <w:szCs w:val="26"/>
    </w:rPr>
  </w:style>
  <w:style w:type="paragraph" w:styleId="afff7">
    <w:name w:val="Block Text"/>
    <w:basedOn w:val="a1"/>
    <w:uiPriority w:val="99"/>
    <w:rsid w:val="00D740C7"/>
    <w:pPr>
      <w:tabs>
        <w:tab w:val="left" w:pos="-709"/>
      </w:tabs>
      <w:autoSpaceDE w:val="0"/>
      <w:autoSpaceDN w:val="0"/>
      <w:ind w:left="-709" w:right="288"/>
      <w:jc w:val="center"/>
    </w:pPr>
    <w:rPr>
      <w:color w:val="000000"/>
      <w:sz w:val="28"/>
      <w:szCs w:val="28"/>
      <w:u w:val="single"/>
      <w:lang w:val="uk-UA"/>
    </w:rPr>
  </w:style>
  <w:style w:type="character" w:customStyle="1" w:styleId="spelle">
    <w:name w:val="spelle"/>
    <w:rsid w:val="002A662D"/>
  </w:style>
  <w:style w:type="paragraph" w:customStyle="1" w:styleId="xl24">
    <w:name w:val="xl24"/>
    <w:basedOn w:val="a1"/>
    <w:rsid w:val="002A662D"/>
    <w:pPr>
      <w:spacing w:before="100" w:beforeAutospacing="1" w:after="100" w:afterAutospacing="1"/>
    </w:pPr>
    <w:rPr>
      <w:rFonts w:ascii="Arial" w:hAnsi="Arial"/>
      <w:sz w:val="28"/>
      <w:szCs w:val="28"/>
    </w:rPr>
  </w:style>
  <w:style w:type="paragraph" w:customStyle="1" w:styleId="afff8">
    <w:name w:val="Нормальний текст"/>
    <w:basedOn w:val="a1"/>
    <w:rsid w:val="002A662D"/>
    <w:pPr>
      <w:spacing w:before="120"/>
      <w:ind w:firstLine="567"/>
      <w:jc w:val="both"/>
    </w:pPr>
    <w:rPr>
      <w:rFonts w:ascii="Antiqua" w:hAnsi="Antiqua"/>
      <w:sz w:val="26"/>
      <w:lang w:val="uk-UA"/>
    </w:rPr>
  </w:style>
  <w:style w:type="paragraph" w:customStyle="1" w:styleId="afff9">
    <w:name w:val="Шапка документу"/>
    <w:basedOn w:val="a1"/>
    <w:rsid w:val="002A662D"/>
    <w:pPr>
      <w:keepNext/>
      <w:keepLines/>
      <w:spacing w:after="240"/>
      <w:ind w:left="4536"/>
      <w:jc w:val="center"/>
    </w:pPr>
    <w:rPr>
      <w:rFonts w:ascii="Antiqua" w:hAnsi="Antiqua"/>
      <w:sz w:val="26"/>
      <w:lang w:val="uk-UA"/>
    </w:rPr>
  </w:style>
  <w:style w:type="paragraph" w:customStyle="1" w:styleId="rvps11">
    <w:name w:val="rvps11"/>
    <w:basedOn w:val="a1"/>
    <w:rsid w:val="002A662D"/>
    <w:pPr>
      <w:spacing w:before="100" w:beforeAutospacing="1" w:after="100" w:afterAutospacing="1"/>
    </w:pPr>
    <w:rPr>
      <w:sz w:val="24"/>
      <w:szCs w:val="24"/>
    </w:rPr>
  </w:style>
  <w:style w:type="character" w:customStyle="1" w:styleId="rvts11">
    <w:name w:val="rvts11"/>
    <w:rsid w:val="002A662D"/>
  </w:style>
  <w:style w:type="character" w:customStyle="1" w:styleId="ads-into-newscount">
    <w:name w:val="ads-into-news__count"/>
    <w:rsid w:val="002A662D"/>
  </w:style>
  <w:style w:type="character" w:customStyle="1" w:styleId="lna-news-blockburns-count">
    <w:name w:val="lna-news-block__burns-count"/>
    <w:rsid w:val="002A662D"/>
  </w:style>
  <w:style w:type="character" w:customStyle="1" w:styleId="lna-news-blockcomments-count">
    <w:name w:val="lna-news-block__comments-count"/>
    <w:rsid w:val="002A662D"/>
  </w:style>
  <w:style w:type="character" w:customStyle="1" w:styleId="rvts48">
    <w:name w:val="rvts48"/>
    <w:rsid w:val="002A662D"/>
  </w:style>
  <w:style w:type="paragraph" w:customStyle="1" w:styleId="Ch6">
    <w:name w:val="Додаток № (Ch_6 Міністерства)"/>
    <w:basedOn w:val="a1"/>
    <w:uiPriority w:val="99"/>
    <w:rsid w:val="001773B3"/>
    <w:pPr>
      <w:keepNext/>
      <w:keepLines/>
      <w:widowControl w:val="0"/>
      <w:tabs>
        <w:tab w:val="right" w:pos="7710"/>
      </w:tabs>
      <w:suppressAutoHyphens/>
      <w:autoSpaceDE w:val="0"/>
      <w:autoSpaceDN w:val="0"/>
      <w:adjustRightInd w:val="0"/>
      <w:spacing w:before="397" w:line="257" w:lineRule="auto"/>
      <w:ind w:left="3969"/>
      <w:textAlignment w:val="center"/>
    </w:pPr>
    <w:rPr>
      <w:rFonts w:ascii="Pragmatica-Book" w:hAnsi="Pragmatica-Book" w:cs="Pragmatica-Book"/>
      <w:color w:val="000000"/>
      <w:w w:val="90"/>
      <w:sz w:val="17"/>
      <w:szCs w:val="17"/>
      <w:lang w:val="uk-UA" w:eastAsia="uk-UA"/>
    </w:rPr>
  </w:style>
  <w:style w:type="character" w:customStyle="1" w:styleId="st42">
    <w:name w:val="st42"/>
    <w:uiPriority w:val="99"/>
    <w:rsid w:val="00C53D97"/>
    <w:rPr>
      <w:color w:val="000000"/>
    </w:rPr>
  </w:style>
  <w:style w:type="character" w:customStyle="1" w:styleId="st30">
    <w:name w:val="st30"/>
    <w:uiPriority w:val="99"/>
    <w:rsid w:val="00C53D97"/>
    <w:rPr>
      <w:b/>
      <w:color w:val="000000"/>
      <w:sz w:val="32"/>
      <w:vertAlign w:val="superscript"/>
    </w:rPr>
  </w:style>
  <w:style w:type="paragraph" w:customStyle="1" w:styleId="st2">
    <w:name w:val="st2"/>
    <w:uiPriority w:val="99"/>
    <w:rsid w:val="00C53D97"/>
    <w:pPr>
      <w:autoSpaceDE w:val="0"/>
      <w:autoSpaceDN w:val="0"/>
      <w:adjustRightInd w:val="0"/>
      <w:spacing w:after="150"/>
      <w:ind w:firstLine="450"/>
      <w:jc w:val="both"/>
    </w:pPr>
    <w:rPr>
      <w:rFonts w:eastAsia="SimSun"/>
      <w:sz w:val="24"/>
      <w:szCs w:val="24"/>
    </w:rPr>
  </w:style>
  <w:style w:type="character" w:customStyle="1" w:styleId="st910">
    <w:name w:val="st910"/>
    <w:uiPriority w:val="99"/>
    <w:rsid w:val="00C53D97"/>
    <w:rPr>
      <w:color w:val="0000FF"/>
    </w:rPr>
  </w:style>
  <w:style w:type="character" w:customStyle="1" w:styleId="3155">
    <w:name w:val="3155"/>
    <w:aliases w:val="baiaagaaboqcaaadtaoaaavacgaaaaaaaaaaaaaaaaaaaaaaaaaaaaaaaaaaaaaaaaaaaaaaaaaaaaaaaaaaaaaaaaaaaaaaaaaaaaaaaaaaaaaaaaaaaaaaaaaaaaaaaaaaaaaaaaaaaaaaaaaaaaaaaaaaaaaaaaaaaaaaaaaaaaaaaaaaaaaaaaaaaaaaaaaaaaaaaaaaaaaaaaaaaaaaaaaaaaaaaaaaaaaa"/>
    <w:rsid w:val="00BD7AE6"/>
  </w:style>
  <w:style w:type="paragraph" w:customStyle="1" w:styleId="afffa">
    <w:name w:val="[Немає стилю абзацу]"/>
    <w:rsid w:val="00876DE2"/>
    <w:pPr>
      <w:widowControl w:val="0"/>
      <w:autoSpaceDE w:val="0"/>
      <w:autoSpaceDN w:val="0"/>
      <w:adjustRightInd w:val="0"/>
      <w:spacing w:line="288" w:lineRule="auto"/>
      <w:textAlignment w:val="center"/>
    </w:pPr>
    <w:rPr>
      <w:rFonts w:eastAsiaTheme="minorEastAsia"/>
      <w:color w:val="000000"/>
      <w:sz w:val="24"/>
      <w:szCs w:val="24"/>
      <w:lang w:val="en-US"/>
    </w:rPr>
  </w:style>
  <w:style w:type="paragraph" w:customStyle="1" w:styleId="Ch60">
    <w:name w:val="Основной текст (Ch_6 Міністерства)"/>
    <w:basedOn w:val="a1"/>
    <w:uiPriority w:val="99"/>
    <w:rsid w:val="00876DE2"/>
    <w:pPr>
      <w:widowControl w:val="0"/>
      <w:tabs>
        <w:tab w:val="right" w:pos="7710"/>
        <w:tab w:val="right" w:pos="11514"/>
      </w:tabs>
      <w:autoSpaceDE w:val="0"/>
      <w:autoSpaceDN w:val="0"/>
      <w:adjustRightInd w:val="0"/>
      <w:spacing w:line="257" w:lineRule="auto"/>
      <w:ind w:firstLine="283"/>
      <w:jc w:val="both"/>
      <w:textAlignment w:val="center"/>
    </w:pPr>
    <w:rPr>
      <w:rFonts w:ascii="Pragmatica-Book" w:eastAsiaTheme="minorEastAsia" w:hAnsi="Pragmatica-Book" w:cs="Pragmatica-Book"/>
      <w:color w:val="000000"/>
      <w:w w:val="90"/>
      <w:sz w:val="18"/>
      <w:szCs w:val="18"/>
      <w:lang w:val="uk-UA" w:eastAsia="uk-UA"/>
    </w:rPr>
  </w:style>
  <w:style w:type="paragraph" w:customStyle="1" w:styleId="Ch61">
    <w:name w:val="Заголовок Додатка (Ch_6 Міністерства)"/>
    <w:basedOn w:val="a1"/>
    <w:uiPriority w:val="99"/>
    <w:rsid w:val="00876DE2"/>
    <w:pPr>
      <w:keepNext/>
      <w:keepLines/>
      <w:widowControl w:val="0"/>
      <w:tabs>
        <w:tab w:val="right" w:pos="7710"/>
      </w:tabs>
      <w:suppressAutoHyphens/>
      <w:autoSpaceDE w:val="0"/>
      <w:autoSpaceDN w:val="0"/>
      <w:adjustRightInd w:val="0"/>
      <w:spacing w:before="283" w:after="113" w:line="257" w:lineRule="auto"/>
      <w:jc w:val="center"/>
      <w:textAlignment w:val="center"/>
    </w:pPr>
    <w:rPr>
      <w:rFonts w:ascii="Pragmatica-Bold" w:eastAsiaTheme="minorEastAsia" w:hAnsi="Pragmatica-Bold" w:cs="Pragmatica-Bold"/>
      <w:b/>
      <w:bCs/>
      <w:color w:val="000000"/>
      <w:w w:val="90"/>
      <w:sz w:val="19"/>
      <w:szCs w:val="19"/>
      <w:lang w:val="uk-UA" w:eastAsia="uk-UA"/>
    </w:rPr>
  </w:style>
  <w:style w:type="paragraph" w:customStyle="1" w:styleId="StrokeCh6">
    <w:name w:val="Stroke (Ch_6 Міністерства)"/>
    <w:basedOn w:val="afffa"/>
    <w:uiPriority w:val="99"/>
    <w:rsid w:val="00876DE2"/>
    <w:pPr>
      <w:tabs>
        <w:tab w:val="right" w:pos="7710"/>
      </w:tabs>
      <w:spacing w:before="17" w:line="257" w:lineRule="auto"/>
      <w:jc w:val="center"/>
    </w:pPr>
    <w:rPr>
      <w:rFonts w:ascii="Pragmatica-Book" w:hAnsi="Pragmatica-Book" w:cs="Pragmatica-Book"/>
      <w:w w:val="90"/>
      <w:sz w:val="14"/>
      <w:szCs w:val="14"/>
      <w:lang w:val="uk-UA"/>
    </w:rPr>
  </w:style>
  <w:style w:type="paragraph" w:customStyle="1" w:styleId="TableTABL">
    <w:name w:val="Table (TABL)"/>
    <w:basedOn w:val="a1"/>
    <w:uiPriority w:val="99"/>
    <w:rsid w:val="00876DE2"/>
    <w:pPr>
      <w:widowControl w:val="0"/>
      <w:tabs>
        <w:tab w:val="right" w:pos="7767"/>
      </w:tabs>
      <w:suppressAutoHyphens/>
      <w:autoSpaceDE w:val="0"/>
      <w:autoSpaceDN w:val="0"/>
      <w:adjustRightInd w:val="0"/>
      <w:spacing w:line="252" w:lineRule="auto"/>
      <w:textAlignment w:val="center"/>
    </w:pPr>
    <w:rPr>
      <w:rFonts w:ascii="HeliosCond" w:eastAsiaTheme="minorEastAsia" w:hAnsi="HeliosCond" w:cs="HeliosCond"/>
      <w:color w:val="000000"/>
      <w:spacing w:val="-2"/>
      <w:sz w:val="17"/>
      <w:szCs w:val="17"/>
      <w:lang w:val="uk-UA" w:eastAsia="uk-UA"/>
    </w:rPr>
  </w:style>
  <w:style w:type="paragraph" w:customStyle="1" w:styleId="TableshapkaTABL">
    <w:name w:val="Table_shapka (TABL)"/>
    <w:basedOn w:val="a1"/>
    <w:uiPriority w:val="99"/>
    <w:rsid w:val="00876DE2"/>
    <w:pPr>
      <w:widowControl w:val="0"/>
      <w:tabs>
        <w:tab w:val="right" w:pos="6350"/>
      </w:tabs>
      <w:suppressAutoHyphens/>
      <w:autoSpaceDE w:val="0"/>
      <w:autoSpaceDN w:val="0"/>
      <w:adjustRightInd w:val="0"/>
      <w:spacing w:line="257" w:lineRule="auto"/>
      <w:jc w:val="center"/>
      <w:textAlignment w:val="center"/>
    </w:pPr>
    <w:rPr>
      <w:rFonts w:ascii="Pragmatica-Book" w:eastAsiaTheme="minorEastAsia" w:hAnsi="Pragmatica-Book" w:cs="Pragmatica-Book"/>
      <w:color w:val="000000"/>
      <w:w w:val="90"/>
      <w:sz w:val="15"/>
      <w:szCs w:val="15"/>
      <w:lang w:val="uk-UA" w:eastAsia="uk-UA"/>
    </w:rPr>
  </w:style>
  <w:style w:type="paragraph" w:customStyle="1" w:styleId="1f3">
    <w:name w:val="Цитата1"/>
    <w:basedOn w:val="a1"/>
    <w:rsid w:val="001B7345"/>
    <w:pPr>
      <w:ind w:left="-720" w:right="46"/>
      <w:jc w:val="center"/>
    </w:pPr>
    <w:rPr>
      <w:rFonts w:ascii="Bookman Old Style" w:hAnsi="Bookman Old Style" w:cs="Arial"/>
      <w:b/>
      <w:sz w:val="26"/>
      <w:szCs w:val="24"/>
      <w:lang w:val="uk-UA" w:eastAsia="zh-CN"/>
    </w:rPr>
  </w:style>
  <w:style w:type="paragraph" w:customStyle="1" w:styleId="afffb">
    <w:name w:val="Базовый"/>
    <w:rsid w:val="00DC62D3"/>
    <w:pPr>
      <w:widowControl w:val="0"/>
      <w:autoSpaceDN w:val="0"/>
      <w:adjustRightInd w:val="0"/>
    </w:pPr>
    <w:rPr>
      <w:rFonts w:hAnsi="Andale Sans UI"/>
      <w:kern w:val="1"/>
      <w:sz w:val="24"/>
      <w:szCs w:val="24"/>
      <w:lang w:eastAsia="en-US"/>
    </w:rPr>
  </w:style>
  <w:style w:type="character" w:customStyle="1" w:styleId="80">
    <w:name w:val="Заголовок 8 Знак"/>
    <w:basedOn w:val="a2"/>
    <w:link w:val="8"/>
    <w:uiPriority w:val="9"/>
    <w:semiHidden/>
    <w:rsid w:val="00DC62D3"/>
    <w:rPr>
      <w:rFonts w:asciiTheme="majorHAnsi" w:eastAsiaTheme="majorEastAsia" w:hAnsiTheme="majorHAnsi" w:cstheme="majorBidi"/>
      <w:color w:val="5B9BD5" w:themeColor="accent1"/>
      <w:lang w:val="en-US" w:eastAsia="en-US"/>
    </w:rPr>
  </w:style>
  <w:style w:type="character" w:customStyle="1" w:styleId="90">
    <w:name w:val="Заголовок 9 Знак"/>
    <w:basedOn w:val="a2"/>
    <w:link w:val="9"/>
    <w:uiPriority w:val="9"/>
    <w:semiHidden/>
    <w:rsid w:val="00DC62D3"/>
    <w:rPr>
      <w:rFonts w:asciiTheme="majorHAnsi" w:eastAsiaTheme="majorEastAsia" w:hAnsiTheme="majorHAnsi" w:cstheme="majorBidi"/>
      <w:i/>
      <w:iCs/>
      <w:color w:val="404040" w:themeColor="text1" w:themeTint="BF"/>
      <w:lang w:val="en-US" w:eastAsia="en-US"/>
    </w:rPr>
  </w:style>
  <w:style w:type="paragraph" w:styleId="afffc">
    <w:name w:val="Subtitle"/>
    <w:basedOn w:val="a1"/>
    <w:next w:val="a1"/>
    <w:link w:val="afffd"/>
    <w:uiPriority w:val="11"/>
    <w:qFormat/>
    <w:rsid w:val="00DC62D3"/>
    <w:pPr>
      <w:numPr>
        <w:ilvl w:val="1"/>
      </w:numPr>
      <w:spacing w:after="200" w:line="276" w:lineRule="auto"/>
    </w:pPr>
    <w:rPr>
      <w:rFonts w:asciiTheme="majorHAnsi" w:eastAsiaTheme="majorEastAsia" w:hAnsiTheme="majorHAnsi" w:cstheme="majorBidi"/>
      <w:i/>
      <w:iCs/>
      <w:color w:val="5B9BD5" w:themeColor="accent1"/>
      <w:spacing w:val="15"/>
      <w:sz w:val="24"/>
      <w:szCs w:val="24"/>
      <w:lang w:val="en-US" w:eastAsia="en-US"/>
    </w:rPr>
  </w:style>
  <w:style w:type="character" w:customStyle="1" w:styleId="afffd">
    <w:name w:val="Підзаголовок Знак"/>
    <w:basedOn w:val="a2"/>
    <w:link w:val="afffc"/>
    <w:uiPriority w:val="11"/>
    <w:rsid w:val="00DC62D3"/>
    <w:rPr>
      <w:rFonts w:asciiTheme="majorHAnsi" w:eastAsiaTheme="majorEastAsia" w:hAnsiTheme="majorHAnsi" w:cstheme="majorBidi"/>
      <w:i/>
      <w:iCs/>
      <w:color w:val="5B9BD5" w:themeColor="accent1"/>
      <w:spacing w:val="15"/>
      <w:sz w:val="24"/>
      <w:szCs w:val="24"/>
      <w:lang w:val="en-US" w:eastAsia="en-US"/>
    </w:rPr>
  </w:style>
  <w:style w:type="paragraph" w:styleId="2b">
    <w:name w:val="List 2"/>
    <w:basedOn w:val="a1"/>
    <w:uiPriority w:val="99"/>
    <w:unhideWhenUsed/>
    <w:rsid w:val="00DC62D3"/>
    <w:pPr>
      <w:spacing w:after="200" w:line="276" w:lineRule="auto"/>
      <w:ind w:left="720" w:hanging="360"/>
      <w:contextualSpacing/>
    </w:pPr>
    <w:rPr>
      <w:rFonts w:asciiTheme="minorHAnsi" w:eastAsiaTheme="minorEastAsia" w:hAnsiTheme="minorHAnsi" w:cstheme="minorBidi"/>
      <w:sz w:val="22"/>
      <w:szCs w:val="22"/>
      <w:lang w:val="en-US" w:eastAsia="en-US"/>
    </w:rPr>
  </w:style>
  <w:style w:type="paragraph" w:styleId="39">
    <w:name w:val="List 3"/>
    <w:basedOn w:val="a1"/>
    <w:uiPriority w:val="99"/>
    <w:unhideWhenUsed/>
    <w:rsid w:val="00DC62D3"/>
    <w:pPr>
      <w:spacing w:after="200" w:line="276" w:lineRule="auto"/>
      <w:ind w:left="1080" w:hanging="360"/>
      <w:contextualSpacing/>
    </w:pPr>
    <w:rPr>
      <w:rFonts w:asciiTheme="minorHAnsi" w:eastAsiaTheme="minorEastAsia" w:hAnsiTheme="minorHAnsi" w:cstheme="minorBidi"/>
      <w:sz w:val="22"/>
      <w:szCs w:val="22"/>
      <w:lang w:val="en-US" w:eastAsia="en-US"/>
    </w:rPr>
  </w:style>
  <w:style w:type="paragraph" w:styleId="a0">
    <w:name w:val="List Bullet"/>
    <w:basedOn w:val="a1"/>
    <w:uiPriority w:val="99"/>
    <w:unhideWhenUsed/>
    <w:rsid w:val="00DC62D3"/>
    <w:pPr>
      <w:numPr>
        <w:numId w:val="14"/>
      </w:numPr>
      <w:spacing w:after="200" w:line="276" w:lineRule="auto"/>
      <w:contextualSpacing/>
    </w:pPr>
    <w:rPr>
      <w:rFonts w:asciiTheme="minorHAnsi" w:eastAsiaTheme="minorEastAsia" w:hAnsiTheme="minorHAnsi" w:cstheme="minorBidi"/>
      <w:sz w:val="22"/>
      <w:szCs w:val="22"/>
      <w:lang w:val="en-US" w:eastAsia="en-US"/>
    </w:rPr>
  </w:style>
  <w:style w:type="paragraph" w:styleId="20">
    <w:name w:val="List Bullet 2"/>
    <w:basedOn w:val="a1"/>
    <w:uiPriority w:val="99"/>
    <w:unhideWhenUsed/>
    <w:rsid w:val="00DC62D3"/>
    <w:pPr>
      <w:numPr>
        <w:numId w:val="15"/>
      </w:numPr>
      <w:spacing w:after="200" w:line="276" w:lineRule="auto"/>
      <w:contextualSpacing/>
    </w:pPr>
    <w:rPr>
      <w:rFonts w:asciiTheme="minorHAnsi" w:eastAsiaTheme="minorEastAsia" w:hAnsiTheme="minorHAnsi" w:cstheme="minorBidi"/>
      <w:sz w:val="22"/>
      <w:szCs w:val="22"/>
      <w:lang w:val="en-US" w:eastAsia="en-US"/>
    </w:rPr>
  </w:style>
  <w:style w:type="paragraph" w:styleId="30">
    <w:name w:val="List Bullet 3"/>
    <w:basedOn w:val="a1"/>
    <w:uiPriority w:val="99"/>
    <w:unhideWhenUsed/>
    <w:rsid w:val="00DC62D3"/>
    <w:pPr>
      <w:numPr>
        <w:numId w:val="16"/>
      </w:numPr>
      <w:spacing w:after="200" w:line="276" w:lineRule="auto"/>
      <w:contextualSpacing/>
    </w:pPr>
    <w:rPr>
      <w:rFonts w:asciiTheme="minorHAnsi" w:eastAsiaTheme="minorEastAsia" w:hAnsiTheme="minorHAnsi" w:cstheme="minorBidi"/>
      <w:sz w:val="22"/>
      <w:szCs w:val="22"/>
      <w:lang w:val="en-US" w:eastAsia="en-US"/>
    </w:rPr>
  </w:style>
  <w:style w:type="paragraph" w:styleId="a">
    <w:name w:val="List Number"/>
    <w:basedOn w:val="a1"/>
    <w:uiPriority w:val="99"/>
    <w:unhideWhenUsed/>
    <w:rsid w:val="00DC62D3"/>
    <w:pPr>
      <w:numPr>
        <w:numId w:val="18"/>
      </w:numPr>
      <w:spacing w:after="200" w:line="276" w:lineRule="auto"/>
      <w:contextualSpacing/>
    </w:pPr>
    <w:rPr>
      <w:rFonts w:asciiTheme="minorHAnsi" w:eastAsiaTheme="minorEastAsia" w:hAnsiTheme="minorHAnsi" w:cstheme="minorBidi"/>
      <w:sz w:val="22"/>
      <w:szCs w:val="22"/>
      <w:lang w:val="en-US" w:eastAsia="en-US"/>
    </w:rPr>
  </w:style>
  <w:style w:type="paragraph" w:styleId="2">
    <w:name w:val="List Number 2"/>
    <w:basedOn w:val="a1"/>
    <w:uiPriority w:val="99"/>
    <w:unhideWhenUsed/>
    <w:rsid w:val="00DC62D3"/>
    <w:pPr>
      <w:numPr>
        <w:numId w:val="19"/>
      </w:numPr>
      <w:spacing w:after="200" w:line="276" w:lineRule="auto"/>
      <w:contextualSpacing/>
    </w:pPr>
    <w:rPr>
      <w:rFonts w:asciiTheme="minorHAnsi" w:eastAsiaTheme="minorEastAsia" w:hAnsiTheme="minorHAnsi" w:cstheme="minorBidi"/>
      <w:sz w:val="22"/>
      <w:szCs w:val="22"/>
      <w:lang w:val="en-US" w:eastAsia="en-US"/>
    </w:rPr>
  </w:style>
  <w:style w:type="paragraph" w:styleId="3">
    <w:name w:val="List Number 3"/>
    <w:basedOn w:val="a1"/>
    <w:uiPriority w:val="99"/>
    <w:unhideWhenUsed/>
    <w:rsid w:val="00DC62D3"/>
    <w:pPr>
      <w:numPr>
        <w:numId w:val="20"/>
      </w:numPr>
      <w:spacing w:after="200" w:line="276" w:lineRule="auto"/>
      <w:contextualSpacing/>
    </w:pPr>
    <w:rPr>
      <w:rFonts w:asciiTheme="minorHAnsi" w:eastAsiaTheme="minorEastAsia" w:hAnsiTheme="minorHAnsi" w:cstheme="minorBidi"/>
      <w:sz w:val="22"/>
      <w:szCs w:val="22"/>
      <w:lang w:val="en-US" w:eastAsia="en-US"/>
    </w:rPr>
  </w:style>
  <w:style w:type="paragraph" w:styleId="afffe">
    <w:name w:val="List Continue"/>
    <w:basedOn w:val="a1"/>
    <w:uiPriority w:val="99"/>
    <w:unhideWhenUsed/>
    <w:rsid w:val="00DC62D3"/>
    <w:pPr>
      <w:spacing w:after="120" w:line="276" w:lineRule="auto"/>
      <w:ind w:left="360"/>
      <w:contextualSpacing/>
    </w:pPr>
    <w:rPr>
      <w:rFonts w:asciiTheme="minorHAnsi" w:eastAsiaTheme="minorEastAsia" w:hAnsiTheme="minorHAnsi" w:cstheme="minorBidi"/>
      <w:sz w:val="22"/>
      <w:szCs w:val="22"/>
      <w:lang w:val="en-US" w:eastAsia="en-US"/>
    </w:rPr>
  </w:style>
  <w:style w:type="paragraph" w:styleId="2c">
    <w:name w:val="List Continue 2"/>
    <w:basedOn w:val="a1"/>
    <w:uiPriority w:val="99"/>
    <w:unhideWhenUsed/>
    <w:rsid w:val="00DC62D3"/>
    <w:pPr>
      <w:spacing w:after="120" w:line="276" w:lineRule="auto"/>
      <w:ind w:left="720"/>
      <w:contextualSpacing/>
    </w:pPr>
    <w:rPr>
      <w:rFonts w:asciiTheme="minorHAnsi" w:eastAsiaTheme="minorEastAsia" w:hAnsiTheme="minorHAnsi" w:cstheme="minorBidi"/>
      <w:sz w:val="22"/>
      <w:szCs w:val="22"/>
      <w:lang w:val="en-US" w:eastAsia="en-US"/>
    </w:rPr>
  </w:style>
  <w:style w:type="paragraph" w:styleId="3a">
    <w:name w:val="List Continue 3"/>
    <w:basedOn w:val="a1"/>
    <w:uiPriority w:val="99"/>
    <w:unhideWhenUsed/>
    <w:rsid w:val="00DC62D3"/>
    <w:pPr>
      <w:spacing w:after="120" w:line="276" w:lineRule="auto"/>
      <w:ind w:left="1080"/>
      <w:contextualSpacing/>
    </w:pPr>
    <w:rPr>
      <w:rFonts w:asciiTheme="minorHAnsi" w:eastAsiaTheme="minorEastAsia" w:hAnsiTheme="minorHAnsi" w:cstheme="minorBidi"/>
      <w:sz w:val="22"/>
      <w:szCs w:val="22"/>
      <w:lang w:val="en-US" w:eastAsia="en-US"/>
    </w:rPr>
  </w:style>
  <w:style w:type="paragraph" w:styleId="affff">
    <w:name w:val="macro"/>
    <w:link w:val="affff0"/>
    <w:uiPriority w:val="99"/>
    <w:unhideWhenUsed/>
    <w:rsid w:val="00DC62D3"/>
    <w:pPr>
      <w:tabs>
        <w:tab w:val="left" w:pos="576"/>
        <w:tab w:val="left" w:pos="1152"/>
        <w:tab w:val="left" w:pos="1728"/>
        <w:tab w:val="left" w:pos="2304"/>
        <w:tab w:val="left" w:pos="2880"/>
        <w:tab w:val="left" w:pos="3456"/>
        <w:tab w:val="left" w:pos="4032"/>
      </w:tabs>
      <w:spacing w:after="200" w:line="276" w:lineRule="auto"/>
    </w:pPr>
    <w:rPr>
      <w:rFonts w:ascii="Courier" w:eastAsiaTheme="minorEastAsia" w:hAnsi="Courier" w:cstheme="minorBidi"/>
      <w:lang w:val="en-US" w:eastAsia="en-US"/>
    </w:rPr>
  </w:style>
  <w:style w:type="character" w:customStyle="1" w:styleId="affff0">
    <w:name w:val="Текст макросу Знак"/>
    <w:basedOn w:val="a2"/>
    <w:link w:val="affff"/>
    <w:uiPriority w:val="99"/>
    <w:rsid w:val="00DC62D3"/>
    <w:rPr>
      <w:rFonts w:ascii="Courier" w:eastAsiaTheme="minorEastAsia" w:hAnsi="Courier" w:cstheme="minorBidi"/>
      <w:lang w:val="en-US" w:eastAsia="en-US"/>
    </w:rPr>
  </w:style>
  <w:style w:type="paragraph" w:styleId="affff1">
    <w:name w:val="Quote"/>
    <w:basedOn w:val="a1"/>
    <w:next w:val="a1"/>
    <w:link w:val="affff2"/>
    <w:uiPriority w:val="29"/>
    <w:qFormat/>
    <w:rsid w:val="00DC62D3"/>
    <w:pPr>
      <w:spacing w:after="200" w:line="276" w:lineRule="auto"/>
    </w:pPr>
    <w:rPr>
      <w:rFonts w:asciiTheme="minorHAnsi" w:eastAsiaTheme="minorEastAsia" w:hAnsiTheme="minorHAnsi" w:cstheme="minorBidi"/>
      <w:i/>
      <w:iCs/>
      <w:color w:val="000000" w:themeColor="text1"/>
      <w:sz w:val="22"/>
      <w:szCs w:val="22"/>
      <w:lang w:val="en-US" w:eastAsia="en-US"/>
    </w:rPr>
  </w:style>
  <w:style w:type="character" w:customStyle="1" w:styleId="affff2">
    <w:name w:val="Цитата Знак"/>
    <w:basedOn w:val="a2"/>
    <w:link w:val="affff1"/>
    <w:uiPriority w:val="29"/>
    <w:rsid w:val="00DC62D3"/>
    <w:rPr>
      <w:rFonts w:asciiTheme="minorHAnsi" w:eastAsiaTheme="minorEastAsia" w:hAnsiTheme="minorHAnsi" w:cstheme="minorBidi"/>
      <w:i/>
      <w:iCs/>
      <w:color w:val="000000" w:themeColor="text1"/>
      <w:sz w:val="22"/>
      <w:szCs w:val="22"/>
      <w:lang w:val="en-US" w:eastAsia="en-US"/>
    </w:rPr>
  </w:style>
  <w:style w:type="paragraph" w:styleId="affff3">
    <w:name w:val="Intense Quote"/>
    <w:basedOn w:val="a1"/>
    <w:next w:val="a1"/>
    <w:link w:val="affff4"/>
    <w:uiPriority w:val="30"/>
    <w:qFormat/>
    <w:rsid w:val="00DC62D3"/>
    <w:pPr>
      <w:pBdr>
        <w:bottom w:val="single" w:sz="4" w:space="4" w:color="5B9BD5" w:themeColor="accent1"/>
      </w:pBdr>
      <w:spacing w:before="200" w:after="280" w:line="276" w:lineRule="auto"/>
      <w:ind w:left="936" w:right="936"/>
    </w:pPr>
    <w:rPr>
      <w:rFonts w:asciiTheme="minorHAnsi" w:eastAsiaTheme="minorEastAsia" w:hAnsiTheme="minorHAnsi" w:cstheme="minorBidi"/>
      <w:b/>
      <w:bCs/>
      <w:i/>
      <w:iCs/>
      <w:color w:val="5B9BD5" w:themeColor="accent1"/>
      <w:sz w:val="22"/>
      <w:szCs w:val="22"/>
      <w:lang w:val="en-US" w:eastAsia="en-US"/>
    </w:rPr>
  </w:style>
  <w:style w:type="character" w:customStyle="1" w:styleId="affff4">
    <w:name w:val="Насичена цитата Знак"/>
    <w:basedOn w:val="a2"/>
    <w:link w:val="affff3"/>
    <w:uiPriority w:val="30"/>
    <w:rsid w:val="00DC62D3"/>
    <w:rPr>
      <w:rFonts w:asciiTheme="minorHAnsi" w:eastAsiaTheme="minorEastAsia" w:hAnsiTheme="minorHAnsi" w:cstheme="minorBidi"/>
      <w:b/>
      <w:bCs/>
      <w:i/>
      <w:iCs/>
      <w:color w:val="5B9BD5" w:themeColor="accent1"/>
      <w:sz w:val="22"/>
      <w:szCs w:val="22"/>
      <w:lang w:val="en-US" w:eastAsia="en-US"/>
    </w:rPr>
  </w:style>
  <w:style w:type="character" w:styleId="affff5">
    <w:name w:val="Subtle Emphasis"/>
    <w:basedOn w:val="a2"/>
    <w:uiPriority w:val="19"/>
    <w:qFormat/>
    <w:rsid w:val="00DC62D3"/>
    <w:rPr>
      <w:i/>
      <w:iCs/>
      <w:color w:val="808080" w:themeColor="text1" w:themeTint="7F"/>
    </w:rPr>
  </w:style>
  <w:style w:type="character" w:styleId="affff6">
    <w:name w:val="Intense Emphasis"/>
    <w:basedOn w:val="a2"/>
    <w:uiPriority w:val="21"/>
    <w:qFormat/>
    <w:rsid w:val="00DC62D3"/>
    <w:rPr>
      <w:b/>
      <w:bCs/>
      <w:i/>
      <w:iCs/>
      <w:color w:val="5B9BD5" w:themeColor="accent1"/>
    </w:rPr>
  </w:style>
  <w:style w:type="character" w:styleId="affff7">
    <w:name w:val="Subtle Reference"/>
    <w:basedOn w:val="a2"/>
    <w:uiPriority w:val="31"/>
    <w:qFormat/>
    <w:rsid w:val="00DC62D3"/>
    <w:rPr>
      <w:smallCaps/>
      <w:color w:val="ED7D31" w:themeColor="accent2"/>
      <w:u w:val="single"/>
    </w:rPr>
  </w:style>
  <w:style w:type="character" w:styleId="affff8">
    <w:name w:val="Intense Reference"/>
    <w:basedOn w:val="a2"/>
    <w:uiPriority w:val="32"/>
    <w:qFormat/>
    <w:rsid w:val="00DC62D3"/>
    <w:rPr>
      <w:b/>
      <w:bCs/>
      <w:smallCaps/>
      <w:color w:val="ED7D31" w:themeColor="accent2"/>
      <w:spacing w:val="5"/>
      <w:u w:val="single"/>
    </w:rPr>
  </w:style>
  <w:style w:type="character" w:styleId="affff9">
    <w:name w:val="Book Title"/>
    <w:basedOn w:val="a2"/>
    <w:uiPriority w:val="33"/>
    <w:qFormat/>
    <w:rsid w:val="00DC62D3"/>
    <w:rPr>
      <w:b/>
      <w:bCs/>
      <w:smallCaps/>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6006673">
      <w:marLeft w:val="0"/>
      <w:marRight w:val="0"/>
      <w:marTop w:val="0"/>
      <w:marBottom w:val="0"/>
      <w:divBdr>
        <w:top w:val="none" w:sz="0" w:space="0" w:color="auto"/>
        <w:left w:val="none" w:sz="0" w:space="0" w:color="auto"/>
        <w:bottom w:val="none" w:sz="0" w:space="0" w:color="auto"/>
        <w:right w:val="none" w:sz="0" w:space="0" w:color="auto"/>
      </w:divBdr>
    </w:div>
    <w:div w:id="376006674">
      <w:marLeft w:val="0"/>
      <w:marRight w:val="0"/>
      <w:marTop w:val="0"/>
      <w:marBottom w:val="0"/>
      <w:divBdr>
        <w:top w:val="none" w:sz="0" w:space="0" w:color="auto"/>
        <w:left w:val="none" w:sz="0" w:space="0" w:color="auto"/>
        <w:bottom w:val="none" w:sz="0" w:space="0" w:color="auto"/>
        <w:right w:val="none" w:sz="0" w:space="0" w:color="auto"/>
      </w:divBdr>
    </w:div>
    <w:div w:id="376006675">
      <w:marLeft w:val="0"/>
      <w:marRight w:val="0"/>
      <w:marTop w:val="0"/>
      <w:marBottom w:val="0"/>
      <w:divBdr>
        <w:top w:val="none" w:sz="0" w:space="0" w:color="auto"/>
        <w:left w:val="none" w:sz="0" w:space="0" w:color="auto"/>
        <w:bottom w:val="none" w:sz="0" w:space="0" w:color="auto"/>
        <w:right w:val="none" w:sz="0" w:space="0" w:color="auto"/>
      </w:divBdr>
    </w:div>
    <w:div w:id="376006676">
      <w:marLeft w:val="0"/>
      <w:marRight w:val="0"/>
      <w:marTop w:val="0"/>
      <w:marBottom w:val="0"/>
      <w:divBdr>
        <w:top w:val="none" w:sz="0" w:space="0" w:color="auto"/>
        <w:left w:val="none" w:sz="0" w:space="0" w:color="auto"/>
        <w:bottom w:val="none" w:sz="0" w:space="0" w:color="auto"/>
        <w:right w:val="none" w:sz="0" w:space="0" w:color="auto"/>
      </w:divBdr>
    </w:div>
    <w:div w:id="376006677">
      <w:marLeft w:val="0"/>
      <w:marRight w:val="0"/>
      <w:marTop w:val="0"/>
      <w:marBottom w:val="0"/>
      <w:divBdr>
        <w:top w:val="none" w:sz="0" w:space="0" w:color="auto"/>
        <w:left w:val="none" w:sz="0" w:space="0" w:color="auto"/>
        <w:bottom w:val="none" w:sz="0" w:space="0" w:color="auto"/>
        <w:right w:val="none" w:sz="0" w:space="0" w:color="auto"/>
      </w:divBdr>
    </w:div>
    <w:div w:id="376006678">
      <w:marLeft w:val="0"/>
      <w:marRight w:val="0"/>
      <w:marTop w:val="0"/>
      <w:marBottom w:val="0"/>
      <w:divBdr>
        <w:top w:val="none" w:sz="0" w:space="0" w:color="auto"/>
        <w:left w:val="none" w:sz="0" w:space="0" w:color="auto"/>
        <w:bottom w:val="none" w:sz="0" w:space="0" w:color="auto"/>
        <w:right w:val="none" w:sz="0" w:space="0" w:color="auto"/>
      </w:divBdr>
    </w:div>
    <w:div w:id="376006679">
      <w:marLeft w:val="0"/>
      <w:marRight w:val="0"/>
      <w:marTop w:val="0"/>
      <w:marBottom w:val="0"/>
      <w:divBdr>
        <w:top w:val="none" w:sz="0" w:space="0" w:color="auto"/>
        <w:left w:val="none" w:sz="0" w:space="0" w:color="auto"/>
        <w:bottom w:val="none" w:sz="0" w:space="0" w:color="auto"/>
        <w:right w:val="none" w:sz="0" w:space="0" w:color="auto"/>
      </w:divBdr>
    </w:div>
    <w:div w:id="376006680">
      <w:marLeft w:val="0"/>
      <w:marRight w:val="0"/>
      <w:marTop w:val="0"/>
      <w:marBottom w:val="0"/>
      <w:divBdr>
        <w:top w:val="none" w:sz="0" w:space="0" w:color="auto"/>
        <w:left w:val="none" w:sz="0" w:space="0" w:color="auto"/>
        <w:bottom w:val="none" w:sz="0" w:space="0" w:color="auto"/>
        <w:right w:val="none" w:sz="0" w:space="0" w:color="auto"/>
      </w:divBdr>
    </w:div>
    <w:div w:id="376006681">
      <w:marLeft w:val="0"/>
      <w:marRight w:val="0"/>
      <w:marTop w:val="0"/>
      <w:marBottom w:val="0"/>
      <w:divBdr>
        <w:top w:val="none" w:sz="0" w:space="0" w:color="auto"/>
        <w:left w:val="none" w:sz="0" w:space="0" w:color="auto"/>
        <w:bottom w:val="none" w:sz="0" w:space="0" w:color="auto"/>
        <w:right w:val="none" w:sz="0" w:space="0" w:color="auto"/>
      </w:divBdr>
    </w:div>
    <w:div w:id="376006682">
      <w:marLeft w:val="0"/>
      <w:marRight w:val="0"/>
      <w:marTop w:val="0"/>
      <w:marBottom w:val="0"/>
      <w:divBdr>
        <w:top w:val="none" w:sz="0" w:space="0" w:color="auto"/>
        <w:left w:val="none" w:sz="0" w:space="0" w:color="auto"/>
        <w:bottom w:val="none" w:sz="0" w:space="0" w:color="auto"/>
        <w:right w:val="none" w:sz="0" w:space="0" w:color="auto"/>
      </w:divBdr>
    </w:div>
    <w:div w:id="376006683">
      <w:marLeft w:val="0"/>
      <w:marRight w:val="0"/>
      <w:marTop w:val="0"/>
      <w:marBottom w:val="0"/>
      <w:divBdr>
        <w:top w:val="none" w:sz="0" w:space="0" w:color="auto"/>
        <w:left w:val="none" w:sz="0" w:space="0" w:color="auto"/>
        <w:bottom w:val="none" w:sz="0" w:space="0" w:color="auto"/>
        <w:right w:val="none" w:sz="0" w:space="0" w:color="auto"/>
      </w:divBdr>
    </w:div>
    <w:div w:id="376006684">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13BAD24-1002-49DB-81A2-020A7BCC66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287</TotalTime>
  <Pages>1</Pages>
  <Words>1344</Words>
  <Characters>767</Characters>
  <Application>Microsoft Office Word</Application>
  <DocSecurity>0</DocSecurity>
  <Lines>6</Lines>
  <Paragraphs>4</Paragraphs>
  <ScaleCrop>false</ScaleCrop>
  <HeadingPairs>
    <vt:vector size="2" baseType="variant">
      <vt:variant>
        <vt:lpstr>Назва</vt:lpstr>
      </vt:variant>
      <vt:variant>
        <vt:i4>1</vt:i4>
      </vt:variant>
    </vt:vector>
  </HeadingPairs>
  <TitlesOfParts>
    <vt:vector size="1" baseType="lpstr">
      <vt:lpstr> </vt:lpstr>
    </vt:vector>
  </TitlesOfParts>
  <Company>VJkg</Company>
  <LinksUpToDate>false</LinksUpToDate>
  <CharactersWithSpaces>2107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Customer</dc:creator>
  <cp:keywords/>
  <dc:description/>
  <cp:lastModifiedBy>Користувач</cp:lastModifiedBy>
  <cp:revision>49</cp:revision>
  <cp:lastPrinted>2026-10-26T12:18:00Z</cp:lastPrinted>
  <dcterms:created xsi:type="dcterms:W3CDTF">2026-10-02T07:08:00Z</dcterms:created>
  <dcterms:modified xsi:type="dcterms:W3CDTF">2026-10-28T08:29:00Z</dcterms:modified>
</cp:coreProperties>
</file>